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E59F5" w14:textId="77777777" w:rsidR="007512EB" w:rsidRDefault="00000000">
      <w:pPr>
        <w:spacing w:before="120" w:after="80"/>
        <w:jc w:val="center"/>
        <w:rPr>
          <w:lang w:eastAsia="ko-KR"/>
        </w:rPr>
      </w:pPr>
      <w:r>
        <w:rPr>
          <w:b/>
          <w:color w:val="1F3B5C"/>
          <w:sz w:val="40"/>
          <w:lang w:eastAsia="ko-KR"/>
        </w:rPr>
        <w:t>로그 보관 및 관리 정책</w:t>
      </w:r>
    </w:p>
    <w:p w14:paraId="369E01F1" w14:textId="77777777" w:rsidR="007512EB" w:rsidRDefault="00000000">
      <w:pPr>
        <w:spacing w:after="280"/>
        <w:jc w:val="center"/>
        <w:rPr>
          <w:lang w:eastAsia="ko-KR"/>
        </w:rPr>
      </w:pPr>
      <w:r>
        <w:rPr>
          <w:color w:val="888888"/>
          <w:lang w:eastAsia="ko-KR"/>
        </w:rPr>
        <w:t>v1.3 · 2026-08-10</w:t>
      </w:r>
    </w:p>
    <w:p w14:paraId="66BD50CB" w14:textId="77777777" w:rsidR="007512EB" w:rsidRDefault="00000000">
      <w:pPr>
        <w:spacing w:before="280" w:after="120"/>
        <w:rPr>
          <w:lang w:eastAsia="ko-KR"/>
        </w:rPr>
      </w:pPr>
      <w:r>
        <w:rPr>
          <w:b/>
          <w:color w:val="FFFFFF"/>
          <w:sz w:val="24"/>
          <w:shd w:val="clear" w:color="auto" w:fill="1F3B5C"/>
          <w:lang w:eastAsia="ko-KR"/>
        </w:rPr>
        <w:t xml:space="preserve"> 1   </w:t>
      </w:r>
      <w:r>
        <w:rPr>
          <w:b/>
          <w:color w:val="1F3B5C"/>
          <w:sz w:val="24"/>
          <w:lang w:eastAsia="ko-KR"/>
        </w:rPr>
        <w:t xml:space="preserve">  목적 및 적용 범위</w:t>
      </w:r>
    </w:p>
    <w:p w14:paraId="07D15836" w14:textId="77777777" w:rsidR="007512EB" w:rsidRDefault="00000000">
      <w:pPr>
        <w:spacing w:after="80"/>
        <w:rPr>
          <w:lang w:eastAsia="ko-KR"/>
        </w:rPr>
      </w:pPr>
      <w:r>
        <w:rPr>
          <w:lang w:eastAsia="ko-KR"/>
        </w:rPr>
        <w:t>문자ON 서비스 운영 과정에서 생성되는 이용자·시스템 로그를 관련 법령 및 전송자격인증 기준에 따라 안전하게 보관·점검하여, 이용자 식별과 사고 추적의 기반을 확보한다.</w:t>
      </w:r>
    </w:p>
    <w:p w14:paraId="0531C8A4" w14:textId="77777777" w:rsidR="007512EB" w:rsidRDefault="00000000">
      <w:pPr>
        <w:spacing w:after="80"/>
        <w:rPr>
          <w:lang w:eastAsia="ko-KR"/>
        </w:rPr>
      </w:pPr>
      <w:r>
        <w:rPr>
          <w:sz w:val="19"/>
          <w:lang w:eastAsia="ko-KR"/>
        </w:rPr>
        <w:t>[적용 범위] 문자 발송 기능과 관련된 주요 시스템 전체에 적용한다. (발송 서버 · 관리자 시스템 · 인증 시스템 · DB 서버 · API 서버 · 접근통제 시스템 · 운영관리 시스템)</w:t>
      </w:r>
    </w:p>
    <w:p w14:paraId="61EAF7D2" w14:textId="77777777" w:rsidR="007512EB" w:rsidRDefault="00000000">
      <w:pPr>
        <w:spacing w:before="280" w:after="120"/>
        <w:rPr>
          <w:lang w:eastAsia="ko-KR"/>
        </w:rPr>
      </w:pPr>
      <w:r>
        <w:rPr>
          <w:b/>
          <w:color w:val="FFFFFF"/>
          <w:sz w:val="24"/>
          <w:shd w:val="clear" w:color="auto" w:fill="1F3B5C"/>
          <w:lang w:eastAsia="ko-KR"/>
        </w:rPr>
        <w:t xml:space="preserve"> 2   </w:t>
      </w:r>
      <w:r>
        <w:rPr>
          <w:b/>
          <w:color w:val="1F3B5C"/>
          <w:sz w:val="24"/>
          <w:lang w:eastAsia="ko-KR"/>
        </w:rPr>
        <w:t xml:space="preserve">  로그 관리 기준</w:t>
      </w:r>
    </w:p>
    <w:p w14:paraId="0E320EA1" w14:textId="77777777" w:rsidR="007512EB" w:rsidRDefault="00000000">
      <w:pPr>
        <w:spacing w:after="80"/>
        <w:rPr>
          <w:lang w:eastAsia="ko-KR"/>
        </w:rPr>
      </w:pPr>
      <w:r>
        <w:rPr>
          <w:lang w:eastAsia="ko-KR"/>
        </w:rPr>
        <w:t>아래 각 로그는 관련 법령 및 전송자격인증 기준에 따라 1년 이상 보관한다. 다만 개별 로그에 더 긴 법정 보관기간이 정해진 경우(예: 과금·결제 이력 5년) 그 기간을 따른다.</w:t>
      </w:r>
    </w:p>
    <w:p w14:paraId="3167FA13" w14:textId="77777777" w:rsidR="007512EB" w:rsidRDefault="00000000">
      <w:pPr>
        <w:spacing w:before="200" w:after="80"/>
      </w:pPr>
      <w:r>
        <w:rPr>
          <w:b/>
          <w:color w:val="1F3B5C"/>
          <w:sz w:val="22"/>
        </w:rPr>
        <w:t>이용자 로그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5783"/>
        <w:gridCol w:w="1701"/>
      </w:tblGrid>
      <w:tr w:rsidR="007512EB" w14:paraId="38C192AF" w14:textId="77777777">
        <w:trPr>
          <w:jc w:val="center"/>
        </w:trPr>
        <w:tc>
          <w:tcPr>
            <w:tcW w:w="2154" w:type="dxa"/>
            <w:shd w:val="clear" w:color="auto" w:fill="DDE6F0"/>
          </w:tcPr>
          <w:p w14:paraId="7CF17E98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로그 유형</w:t>
            </w:r>
          </w:p>
        </w:tc>
        <w:tc>
          <w:tcPr>
            <w:tcW w:w="5783" w:type="dxa"/>
            <w:shd w:val="clear" w:color="auto" w:fill="DDE6F0"/>
          </w:tcPr>
          <w:p w14:paraId="5792894D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주요 기록 항목</w:t>
            </w:r>
          </w:p>
        </w:tc>
        <w:tc>
          <w:tcPr>
            <w:tcW w:w="1701" w:type="dxa"/>
            <w:shd w:val="clear" w:color="auto" w:fill="DDE6F0"/>
          </w:tcPr>
          <w:p w14:paraId="2BAA210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보관기간</w:t>
            </w:r>
          </w:p>
        </w:tc>
      </w:tr>
      <w:tr w:rsidR="007512EB" w14:paraId="63B14F4C" w14:textId="77777777">
        <w:trPr>
          <w:jc w:val="center"/>
        </w:trPr>
        <w:tc>
          <w:tcPr>
            <w:tcW w:w="2154" w:type="dxa"/>
          </w:tcPr>
          <w:p w14:paraId="7525238E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접속 로그</w:t>
            </w:r>
          </w:p>
        </w:tc>
        <w:tc>
          <w:tcPr>
            <w:tcW w:w="5783" w:type="dxa"/>
          </w:tcPr>
          <w:p w14:paraId="2CD1F294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계정·IP·접속일시·접속경로·성공/실패 여부</w:t>
            </w:r>
          </w:p>
        </w:tc>
        <w:tc>
          <w:tcPr>
            <w:tcW w:w="1701" w:type="dxa"/>
          </w:tcPr>
          <w:p w14:paraId="0D53D223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1년 이상</w:t>
            </w:r>
          </w:p>
        </w:tc>
      </w:tr>
      <w:tr w:rsidR="007512EB" w14:paraId="48CF4FA9" w14:textId="77777777">
        <w:trPr>
          <w:jc w:val="center"/>
        </w:trPr>
        <w:tc>
          <w:tcPr>
            <w:tcW w:w="2154" w:type="dxa"/>
          </w:tcPr>
          <w:p w14:paraId="243BF47F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인증 로그</w:t>
            </w:r>
          </w:p>
          <w:p w14:paraId="2B1F7678" w14:textId="77777777" w:rsidR="007512EB" w:rsidRDefault="00000000">
            <w:pPr>
              <w:spacing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(회원가입·다중인증·추가인증)</w:t>
            </w:r>
          </w:p>
        </w:tc>
        <w:tc>
          <w:tcPr>
            <w:tcW w:w="5783" w:type="dxa"/>
          </w:tcPr>
          <w:p w14:paraId="71109443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회원가입/본인확인 이력·인증수단·인증일시·성공/실패 여부·인증 대상 정보·인증 요청 계정</w:t>
            </w:r>
          </w:p>
        </w:tc>
        <w:tc>
          <w:tcPr>
            <w:tcW w:w="1701" w:type="dxa"/>
          </w:tcPr>
          <w:p w14:paraId="2414B0CC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1년 이상</w:t>
            </w:r>
          </w:p>
        </w:tc>
      </w:tr>
      <w:tr w:rsidR="007512EB" w14:paraId="00732C93" w14:textId="77777777">
        <w:trPr>
          <w:jc w:val="center"/>
        </w:trPr>
        <w:tc>
          <w:tcPr>
            <w:tcW w:w="2154" w:type="dxa"/>
          </w:tcPr>
          <w:p w14:paraId="542FE028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문자 발송 이력</w:t>
            </w:r>
          </w:p>
        </w:tc>
        <w:tc>
          <w:tcPr>
            <w:tcW w:w="5783" w:type="dxa"/>
          </w:tcPr>
          <w:p w14:paraId="4BB74F99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발송일시·발신번호·수신번호·발송계정·발송결과·메시지 식별정보</w:t>
            </w:r>
          </w:p>
        </w:tc>
        <w:tc>
          <w:tcPr>
            <w:tcW w:w="1701" w:type="dxa"/>
          </w:tcPr>
          <w:p w14:paraId="52757E17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1년 이상</w:t>
            </w:r>
          </w:p>
        </w:tc>
      </w:tr>
      <w:tr w:rsidR="007512EB" w14:paraId="78B8359D" w14:textId="77777777">
        <w:trPr>
          <w:jc w:val="center"/>
        </w:trPr>
        <w:tc>
          <w:tcPr>
            <w:tcW w:w="2154" w:type="dxa"/>
          </w:tcPr>
          <w:p w14:paraId="5D81AC50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과금·결제 이력</w:t>
            </w:r>
          </w:p>
        </w:tc>
        <w:tc>
          <w:tcPr>
            <w:tcW w:w="5783" w:type="dxa"/>
          </w:tcPr>
          <w:p w14:paraId="52BC59A5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요청일시·결제수단·결제금액·주문번호·승인번호·처리결과(계정 연계)</w:t>
            </w:r>
          </w:p>
        </w:tc>
        <w:tc>
          <w:tcPr>
            <w:tcW w:w="1701" w:type="dxa"/>
          </w:tcPr>
          <w:p w14:paraId="1EC7F96B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5년</w:t>
            </w:r>
          </w:p>
        </w:tc>
      </w:tr>
    </w:tbl>
    <w:p w14:paraId="4DEDCDA2" w14:textId="77777777" w:rsidR="007512EB" w:rsidRDefault="007512EB">
      <w:pPr>
        <w:spacing w:after="0"/>
      </w:pPr>
    </w:p>
    <w:p w14:paraId="36F69499" w14:textId="77777777" w:rsidR="007512EB" w:rsidRDefault="00000000">
      <w:pPr>
        <w:spacing w:before="200" w:after="80"/>
      </w:pPr>
      <w:r>
        <w:rPr>
          <w:b/>
          <w:color w:val="1F3B5C"/>
          <w:sz w:val="22"/>
        </w:rPr>
        <w:t>시스템 로그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5783"/>
        <w:gridCol w:w="1701"/>
      </w:tblGrid>
      <w:tr w:rsidR="007512EB" w14:paraId="1B64CA1D" w14:textId="77777777">
        <w:trPr>
          <w:jc w:val="center"/>
        </w:trPr>
        <w:tc>
          <w:tcPr>
            <w:tcW w:w="2154" w:type="dxa"/>
            <w:shd w:val="clear" w:color="auto" w:fill="DDE6F0"/>
          </w:tcPr>
          <w:p w14:paraId="2CAF75C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로그 유형</w:t>
            </w:r>
          </w:p>
        </w:tc>
        <w:tc>
          <w:tcPr>
            <w:tcW w:w="5783" w:type="dxa"/>
            <w:shd w:val="clear" w:color="auto" w:fill="DDE6F0"/>
          </w:tcPr>
          <w:p w14:paraId="6245C548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주요 기록 항목</w:t>
            </w:r>
          </w:p>
        </w:tc>
        <w:tc>
          <w:tcPr>
            <w:tcW w:w="1701" w:type="dxa"/>
            <w:shd w:val="clear" w:color="auto" w:fill="DDE6F0"/>
          </w:tcPr>
          <w:p w14:paraId="29AE364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보관기간</w:t>
            </w:r>
          </w:p>
        </w:tc>
      </w:tr>
      <w:tr w:rsidR="007512EB" w14:paraId="31C127C6" w14:textId="77777777">
        <w:trPr>
          <w:jc w:val="center"/>
        </w:trPr>
        <w:tc>
          <w:tcPr>
            <w:tcW w:w="2154" w:type="dxa"/>
          </w:tcPr>
          <w:p w14:paraId="04AA743C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시스템 로그</w:t>
            </w:r>
          </w:p>
          <w:p w14:paraId="1A39D008" w14:textId="77777777" w:rsidR="007512EB" w:rsidRDefault="00000000">
            <w:pPr>
              <w:spacing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(관리자 접속·오류·장애)</w:t>
            </w:r>
          </w:p>
        </w:tc>
        <w:tc>
          <w:tcPr>
            <w:tcW w:w="5783" w:type="dxa"/>
          </w:tcPr>
          <w:p w14:paraId="36EE7928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관리자 ID·접속일시·접속 IP·수행행위·대상정보·결과·장애 발생/복구 일시</w:t>
            </w:r>
          </w:p>
        </w:tc>
        <w:tc>
          <w:tcPr>
            <w:tcW w:w="1701" w:type="dxa"/>
          </w:tcPr>
          <w:p w14:paraId="75AABA7C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1년 이상</w:t>
            </w:r>
          </w:p>
        </w:tc>
      </w:tr>
      <w:tr w:rsidR="007512EB" w14:paraId="3B8DCE57" w14:textId="77777777">
        <w:trPr>
          <w:jc w:val="center"/>
        </w:trPr>
        <w:tc>
          <w:tcPr>
            <w:tcW w:w="2154" w:type="dxa"/>
          </w:tcPr>
          <w:p w14:paraId="5A1FB32A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개인정보 처리 이력</w:t>
            </w:r>
          </w:p>
        </w:tc>
        <w:tc>
          <w:tcPr>
            <w:tcW w:w="5783" w:type="dxa"/>
          </w:tcPr>
          <w:p w14:paraId="0D29431A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조회·수정·삭제·다운로드 등 행위별 기록</w:t>
            </w:r>
          </w:p>
        </w:tc>
        <w:tc>
          <w:tcPr>
            <w:tcW w:w="1701" w:type="dxa"/>
          </w:tcPr>
          <w:p w14:paraId="0300050E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1년 이상</w:t>
            </w:r>
          </w:p>
          <w:p w14:paraId="32CE9DF0" w14:textId="77777777" w:rsidR="007512EB" w:rsidRDefault="00000000">
            <w:pPr>
              <w:spacing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(정보주체 5만명 이상 또는 고유식별·민감정보 처리 시 2년 이상)</w:t>
            </w:r>
          </w:p>
        </w:tc>
      </w:tr>
      <w:tr w:rsidR="007512EB" w14:paraId="7822523B" w14:textId="77777777">
        <w:trPr>
          <w:jc w:val="center"/>
        </w:trPr>
        <w:tc>
          <w:tcPr>
            <w:tcW w:w="2154" w:type="dxa"/>
          </w:tcPr>
          <w:p w14:paraId="4A31BB64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OS·인프라 로그</w:t>
            </w:r>
          </w:p>
          <w:p w14:paraId="70EED8B9" w14:textId="77777777" w:rsidR="007512EB" w:rsidRDefault="00000000">
            <w:pPr>
              <w:spacing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lastRenderedPageBreak/>
              <w:t>(DB·API 서버 포함)</w:t>
            </w:r>
          </w:p>
        </w:tc>
        <w:tc>
          <w:tcPr>
            <w:tcW w:w="5783" w:type="dxa"/>
          </w:tcPr>
          <w:p w14:paraId="15FD128B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lastRenderedPageBreak/>
              <w:t xml:space="preserve">OS 접속/명령 기록(secure·audit.log·messages)·DB 서버 로그·API </w:t>
            </w:r>
            <w:r>
              <w:rPr>
                <w:sz w:val="19"/>
              </w:rPr>
              <w:lastRenderedPageBreak/>
              <w:t>서버 로그</w:t>
            </w:r>
          </w:p>
        </w:tc>
        <w:tc>
          <w:tcPr>
            <w:tcW w:w="1701" w:type="dxa"/>
          </w:tcPr>
          <w:p w14:paraId="28BD102D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lastRenderedPageBreak/>
              <w:t>1년 이상</w:t>
            </w:r>
          </w:p>
        </w:tc>
      </w:tr>
    </w:tbl>
    <w:p w14:paraId="57B99100" w14:textId="77777777" w:rsidR="007512EB" w:rsidRDefault="007512EB">
      <w:pPr>
        <w:spacing w:after="0"/>
      </w:pPr>
    </w:p>
    <w:p w14:paraId="04FC98AD" w14:textId="77777777" w:rsidR="007512EB" w:rsidRDefault="00000000">
      <w:pPr>
        <w:spacing w:after="60"/>
        <w:rPr>
          <w:lang w:eastAsia="ko-KR"/>
        </w:rPr>
      </w:pPr>
      <w:r>
        <w:rPr>
          <w:color w:val="888888"/>
          <w:sz w:val="18"/>
          <w:lang w:eastAsia="ko-KR"/>
        </w:rPr>
        <w:t>※ OS 레벨 로그(secure·audit.log·messages 등)는 로그 로테이션 주기를 1년 이상으로 설정하거나 별도 로그 서버/SIEM에 적재하여 위 보관기간을 충족한다.</w:t>
      </w:r>
    </w:p>
    <w:p w14:paraId="6979D8FF" w14:textId="77777777" w:rsidR="007512EB" w:rsidRDefault="00000000">
      <w:pPr>
        <w:spacing w:after="60"/>
        <w:rPr>
          <w:lang w:eastAsia="ko-KR"/>
        </w:rPr>
      </w:pPr>
      <w:r>
        <w:rPr>
          <w:color w:val="888888"/>
          <w:sz w:val="18"/>
          <w:lang w:eastAsia="ko-KR"/>
        </w:rPr>
        <w:t>※ 화면 조회 노출 기간(예: 로그인 내역 3개월)은 위 로그 보관기간을 대체하지 않는다.</w:t>
      </w:r>
    </w:p>
    <w:p w14:paraId="028698AA" w14:textId="77777777" w:rsidR="007512EB" w:rsidRDefault="00000000">
      <w:pPr>
        <w:spacing w:before="280" w:after="120"/>
        <w:rPr>
          <w:lang w:eastAsia="ko-KR"/>
        </w:rPr>
      </w:pPr>
      <w:r>
        <w:rPr>
          <w:b/>
          <w:color w:val="FFFFFF"/>
          <w:sz w:val="24"/>
          <w:shd w:val="clear" w:color="auto" w:fill="1F3B5C"/>
          <w:lang w:eastAsia="ko-KR"/>
        </w:rPr>
        <w:t xml:space="preserve"> 3   </w:t>
      </w:r>
      <w:r>
        <w:rPr>
          <w:b/>
          <w:color w:val="1F3B5C"/>
          <w:sz w:val="24"/>
          <w:lang w:eastAsia="ko-KR"/>
        </w:rPr>
        <w:t xml:space="preserve">  저장 · 보호 · 백업</w:t>
      </w:r>
    </w:p>
    <w:p w14:paraId="009B6610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저장: </w:t>
      </w:r>
      <w:r>
        <w:rPr>
          <w:lang w:eastAsia="ko-KR"/>
        </w:rPr>
        <w:t>파일(/var/log 등) 및 DB에 저장하며 로그별 저장 위치·경로·보관기간을 문서화하여 관리한다.</w:t>
      </w:r>
    </w:p>
    <w:p w14:paraId="64A71F0C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접근통제: </w:t>
      </w:r>
      <w:r>
        <w:rPr>
          <w:lang w:eastAsia="ko-KR"/>
        </w:rPr>
        <w:t>로그 조회는 관리자 권한자로 제한하고, 접근 권한을 최소화한다.</w:t>
      </w:r>
    </w:p>
    <w:p w14:paraId="7A5EF8C6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무결성: </w:t>
      </w:r>
      <w:r>
        <w:rPr>
          <w:lang w:eastAsia="ko-KR"/>
        </w:rPr>
        <w:t>보관기간 내 원본의 수정·삭제를 제한하며, 무결성 보장을 위해 외부 SIEM 또는 별도 로그 서버 활용을 권고한다.</w:t>
      </w:r>
    </w:p>
    <w:p w14:paraId="287AC6D5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백업·복구: </w:t>
      </w:r>
      <w:r>
        <w:rPr>
          <w:lang w:eastAsia="ko-KR"/>
        </w:rPr>
        <w:t>원본과 분리된 위치에 정기 백업하고, 최소 분기 1회 복구 테스트를 수행·기록한다.</w:t>
      </w:r>
    </w:p>
    <w:p w14:paraId="092A9972" w14:textId="77777777" w:rsidR="007512EB" w:rsidRDefault="00000000">
      <w:pPr>
        <w:spacing w:before="280" w:after="120"/>
        <w:rPr>
          <w:lang w:eastAsia="ko-KR"/>
        </w:rPr>
      </w:pPr>
      <w:r>
        <w:rPr>
          <w:b/>
          <w:color w:val="FFFFFF"/>
          <w:sz w:val="24"/>
          <w:shd w:val="clear" w:color="auto" w:fill="1F3B5C"/>
          <w:lang w:eastAsia="ko-KR"/>
        </w:rPr>
        <w:t xml:space="preserve"> 4   </w:t>
      </w:r>
      <w:r>
        <w:rPr>
          <w:b/>
          <w:color w:val="1F3B5C"/>
          <w:sz w:val="24"/>
          <w:lang w:eastAsia="ko-KR"/>
        </w:rPr>
        <w:t xml:space="preserve">  점검 및 이상징후 대응</w:t>
      </w:r>
    </w:p>
    <w:p w14:paraId="424D6981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정기 점검: </w:t>
      </w:r>
      <w:r>
        <w:rPr>
          <w:lang w:eastAsia="ko-KR"/>
        </w:rPr>
        <w:t>이용자·시스템 로그를 월 1회 이상 정기 점검하며, 로그 생성·운영 담당자와 분리된 점검 담당자가 수행한다. 침해사고 의심·개인정보 대량 조회/다운로드·시스템 장애 시 수시 점검하고, 미실시 시 사유를 기록한 뒤 익월에 소급 점검한다.</w:t>
      </w:r>
    </w:p>
    <w:p w14:paraId="2ED55175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점검 대상: </w:t>
      </w:r>
      <w:r>
        <w:rPr>
          <w:lang w:eastAsia="ko-KR"/>
        </w:rPr>
        <w:t>본 정책 제2장의 이용자·시스템 로그 전체(OS·DB·API 서버 로그 포함)이며, 실제 저장 매체(DB 테이블·WAS 표준출력·OS 로그 파일)를 기준으로 한다.</w:t>
      </w:r>
    </w:p>
    <w:p w14:paraId="48A2B5F1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점검 항목: </w:t>
      </w:r>
      <w:r>
        <w:rPr>
          <w:lang w:eastAsia="ko-KR"/>
        </w:rPr>
        <w:t>각 로그별 ①당월 생성 여부 ②파일명·사이즈(또는 건수) ③전월 대비 증감 ④일자 연속성 등 누락 여부 ⑤접근권한 이상 ⑥원본 변조 여부를 점검하고, 점검 쿼리 실행 결과 화면 캡처를 첨부하여 점검 결과가 실제 로그와 연결되도록 한다.</w:t>
      </w:r>
    </w:p>
    <w:p w14:paraId="252AC07C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누락 판정: </w:t>
      </w:r>
      <w:r>
        <w:rPr>
          <w:lang w:eastAsia="ko-KR"/>
        </w:rPr>
        <w:t>로그 일자 연속성(날짜 gap)·롤링 파일 순번·예상 건수 대비 실제 건수로 판정하며, 누락 시 원인(배치 중단·권한 오류·저장소 장애 등)을 파악하고 조치 내역을 기록한다.</w:t>
      </w:r>
    </w:p>
    <w:p w14:paraId="74271808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이상징후(발송): </w:t>
      </w:r>
      <w:r>
        <w:rPr>
          <w:lang w:eastAsia="ko-KR"/>
        </w:rPr>
        <w:t>발송량 급증, 비정상 시간대(심야) 발송, 발송 실패율 급증, 개인정보 대량 다운로드 등 — 별첨 점검표의 자동 판정 기준에 따른다. 동일 문구 반복 등 스팸성 발송 모니터링은 「불법스팸 발송 방지 계획서」의 이상징후 모니터링 체계에 따른다.</w:t>
      </w:r>
    </w:p>
    <w:p w14:paraId="1AD1D395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이상징후(시스템·보안): </w:t>
      </w:r>
      <w:r>
        <w:rPr>
          <w:lang w:eastAsia="ko-KR"/>
        </w:rPr>
        <w:t>로그인 실패 급증, 비인가·해외 IP 접근, 권한 밖 개인정보 대량 조회·다운로드, 관리자 비정상 시간대 접속, 오류·장애 급증 등. 정량 임계치는 별첨 점검표의 판정 기준에 따른다.</w:t>
      </w:r>
    </w:p>
    <w:p w14:paraId="7EAECB86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기록: </w:t>
      </w:r>
      <w:r>
        <w:rPr>
          <w:lang w:eastAsia="ko-KR"/>
        </w:rPr>
        <w:t>점검일·점검자·점검대상·점검결과·조치사항과 로그 건수·파일명·파일 사이즈·누락 여부를 기록·보관한다.</w:t>
      </w:r>
    </w:p>
    <w:p w14:paraId="12C2D010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후속조치: </w:t>
      </w:r>
      <w:r>
        <w:rPr>
          <w:lang w:eastAsia="ko-KR"/>
        </w:rPr>
        <w:t>이상징후 판정 시 「점검자→보안책임자 보고→조치기한 지정→조치→종결 확인」 흐름으로 처리하고, 침해사고 의심 시 별도 침해사고 대응 절차로 이관하며, 조치 결과를 점검 기록에 반영한다.</w:t>
      </w:r>
    </w:p>
    <w:p w14:paraId="56B4BD5E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lastRenderedPageBreak/>
        <w:t xml:space="preserve">· </w:t>
      </w:r>
      <w:r>
        <w:rPr>
          <w:b/>
          <w:lang w:eastAsia="ko-KR"/>
        </w:rPr>
        <w:t xml:space="preserve">점검 기록 관리: </w:t>
      </w:r>
      <w:r>
        <w:rPr>
          <w:lang w:eastAsia="ko-KR"/>
        </w:rPr>
        <w:t>점검 기록은 별첨 「월간 로그 점검 보고서」 양식으로 작성하여 Redmine(정본)에 월별 이슈로 등록하고, 로그와 동일하게 1년 이상 보관하며 권한자만 접근·수정한다. 이상징후 1차 탐지는 대시보드·알림 자동화(n8n/Slack 등)를 활용할 수 있다.</w:t>
      </w:r>
    </w:p>
    <w:p w14:paraId="6ED1AAE5" w14:textId="77777777" w:rsidR="007512EB" w:rsidRDefault="00000000">
      <w:pPr>
        <w:spacing w:before="280" w:after="120"/>
        <w:rPr>
          <w:lang w:eastAsia="ko-KR"/>
        </w:rPr>
      </w:pPr>
      <w:r>
        <w:rPr>
          <w:b/>
          <w:color w:val="FFFFFF"/>
          <w:sz w:val="24"/>
          <w:shd w:val="clear" w:color="auto" w:fill="1F3B5C"/>
          <w:lang w:eastAsia="ko-KR"/>
        </w:rPr>
        <w:t xml:space="preserve"> 5   </w:t>
      </w:r>
      <w:r>
        <w:rPr>
          <w:b/>
          <w:color w:val="1F3B5C"/>
          <w:sz w:val="24"/>
          <w:lang w:eastAsia="ko-KR"/>
        </w:rPr>
        <w:t xml:space="preserve">  법정 최소 보관기간 (참고)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52"/>
        <w:gridCol w:w="3969"/>
        <w:gridCol w:w="1417"/>
      </w:tblGrid>
      <w:tr w:rsidR="007512EB" w14:paraId="62925B33" w14:textId="77777777">
        <w:trPr>
          <w:jc w:val="center"/>
        </w:trPr>
        <w:tc>
          <w:tcPr>
            <w:tcW w:w="4252" w:type="dxa"/>
            <w:shd w:val="clear" w:color="auto" w:fill="DDE6F0"/>
          </w:tcPr>
          <w:p w14:paraId="7C95F4AB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보존 항목</w:t>
            </w:r>
          </w:p>
        </w:tc>
        <w:tc>
          <w:tcPr>
            <w:tcW w:w="3969" w:type="dxa"/>
            <w:shd w:val="clear" w:color="auto" w:fill="DDE6F0"/>
          </w:tcPr>
          <w:p w14:paraId="1FD8507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보존 근거</w:t>
            </w:r>
          </w:p>
        </w:tc>
        <w:tc>
          <w:tcPr>
            <w:tcW w:w="1417" w:type="dxa"/>
            <w:shd w:val="clear" w:color="auto" w:fill="DDE6F0"/>
          </w:tcPr>
          <w:p w14:paraId="4893A0F3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기간</w:t>
            </w:r>
          </w:p>
        </w:tc>
      </w:tr>
      <w:tr w:rsidR="007512EB" w14:paraId="4E1C0047" w14:textId="77777777">
        <w:trPr>
          <w:jc w:val="center"/>
        </w:trPr>
        <w:tc>
          <w:tcPr>
            <w:tcW w:w="4252" w:type="dxa"/>
          </w:tcPr>
          <w:p w14:paraId="23C193F6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계약 또는 청약철회 등에 관한 기록</w:t>
            </w:r>
          </w:p>
        </w:tc>
        <w:tc>
          <w:tcPr>
            <w:tcW w:w="3969" w:type="dxa"/>
          </w:tcPr>
          <w:p w14:paraId="54561570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전자상거래 등에서의 소비자보호에 관한 법률</w:t>
            </w:r>
          </w:p>
        </w:tc>
        <w:tc>
          <w:tcPr>
            <w:tcW w:w="1417" w:type="dxa"/>
          </w:tcPr>
          <w:p w14:paraId="05815810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5년</w:t>
            </w:r>
          </w:p>
        </w:tc>
      </w:tr>
      <w:tr w:rsidR="007512EB" w14:paraId="0DD4396E" w14:textId="77777777">
        <w:trPr>
          <w:jc w:val="center"/>
        </w:trPr>
        <w:tc>
          <w:tcPr>
            <w:tcW w:w="4252" w:type="dxa"/>
          </w:tcPr>
          <w:p w14:paraId="234392EA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대금결제 및 재화 등의 공급에 관한 기록</w:t>
            </w:r>
          </w:p>
        </w:tc>
        <w:tc>
          <w:tcPr>
            <w:tcW w:w="3969" w:type="dxa"/>
          </w:tcPr>
          <w:p w14:paraId="7267DCCB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전자상거래 등에서의 소비자보호에 관한 법률</w:t>
            </w:r>
          </w:p>
        </w:tc>
        <w:tc>
          <w:tcPr>
            <w:tcW w:w="1417" w:type="dxa"/>
          </w:tcPr>
          <w:p w14:paraId="158E4405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5년</w:t>
            </w:r>
          </w:p>
        </w:tc>
      </w:tr>
      <w:tr w:rsidR="007512EB" w14:paraId="2143273A" w14:textId="77777777">
        <w:trPr>
          <w:jc w:val="center"/>
        </w:trPr>
        <w:tc>
          <w:tcPr>
            <w:tcW w:w="4252" w:type="dxa"/>
          </w:tcPr>
          <w:p w14:paraId="21ABDAA0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전자금융 거래에 관한 기록</w:t>
            </w:r>
          </w:p>
        </w:tc>
        <w:tc>
          <w:tcPr>
            <w:tcW w:w="3969" w:type="dxa"/>
          </w:tcPr>
          <w:p w14:paraId="58EEDF4D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전자금융거래법</w:t>
            </w:r>
          </w:p>
        </w:tc>
        <w:tc>
          <w:tcPr>
            <w:tcW w:w="1417" w:type="dxa"/>
          </w:tcPr>
          <w:p w14:paraId="5EF96922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5년</w:t>
            </w:r>
          </w:p>
        </w:tc>
      </w:tr>
      <w:tr w:rsidR="007512EB" w14:paraId="6782FDD1" w14:textId="77777777">
        <w:trPr>
          <w:jc w:val="center"/>
        </w:trPr>
        <w:tc>
          <w:tcPr>
            <w:tcW w:w="4252" w:type="dxa"/>
          </w:tcPr>
          <w:p w14:paraId="2844A8CC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소비자 불만 또는 분쟁처리에 관한 기록</w:t>
            </w:r>
          </w:p>
        </w:tc>
        <w:tc>
          <w:tcPr>
            <w:tcW w:w="3969" w:type="dxa"/>
          </w:tcPr>
          <w:p w14:paraId="6D0C73F2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전자상거래 등에서의 소비자보호에 관한 법률</w:t>
            </w:r>
          </w:p>
        </w:tc>
        <w:tc>
          <w:tcPr>
            <w:tcW w:w="1417" w:type="dxa"/>
          </w:tcPr>
          <w:p w14:paraId="11C902F4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3년</w:t>
            </w:r>
          </w:p>
        </w:tc>
      </w:tr>
      <w:tr w:rsidR="007512EB" w14:paraId="5EC079B6" w14:textId="77777777">
        <w:trPr>
          <w:jc w:val="center"/>
        </w:trPr>
        <w:tc>
          <w:tcPr>
            <w:tcW w:w="4252" w:type="dxa"/>
          </w:tcPr>
          <w:p w14:paraId="27501717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표시·광고에 관한 기록</w:t>
            </w:r>
          </w:p>
        </w:tc>
        <w:tc>
          <w:tcPr>
            <w:tcW w:w="3969" w:type="dxa"/>
          </w:tcPr>
          <w:p w14:paraId="469290DE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전자상거래 등에서의 소비자보호에 관한 법률</w:t>
            </w:r>
          </w:p>
        </w:tc>
        <w:tc>
          <w:tcPr>
            <w:tcW w:w="1417" w:type="dxa"/>
          </w:tcPr>
          <w:p w14:paraId="7FCC615F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6개월</w:t>
            </w:r>
          </w:p>
        </w:tc>
      </w:tr>
      <w:tr w:rsidR="007512EB" w14:paraId="2A1C9E4E" w14:textId="77777777">
        <w:trPr>
          <w:jc w:val="center"/>
        </w:trPr>
        <w:tc>
          <w:tcPr>
            <w:tcW w:w="4252" w:type="dxa"/>
          </w:tcPr>
          <w:p w14:paraId="190A333B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웹사이트 방문 기록</w:t>
            </w:r>
          </w:p>
        </w:tc>
        <w:tc>
          <w:tcPr>
            <w:tcW w:w="3969" w:type="dxa"/>
          </w:tcPr>
          <w:p w14:paraId="375C186E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통신비밀보호법</w:t>
            </w:r>
          </w:p>
        </w:tc>
        <w:tc>
          <w:tcPr>
            <w:tcW w:w="1417" w:type="dxa"/>
          </w:tcPr>
          <w:p w14:paraId="6321FE10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3개월</w:t>
            </w:r>
          </w:p>
        </w:tc>
      </w:tr>
      <w:tr w:rsidR="007512EB" w14:paraId="30786570" w14:textId="77777777">
        <w:trPr>
          <w:jc w:val="center"/>
        </w:trPr>
        <w:tc>
          <w:tcPr>
            <w:tcW w:w="4252" w:type="dxa"/>
          </w:tcPr>
          <w:p w14:paraId="26F1DECB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통신 사실 확인 자료</w:t>
            </w:r>
          </w:p>
        </w:tc>
        <w:tc>
          <w:tcPr>
            <w:tcW w:w="3969" w:type="dxa"/>
          </w:tcPr>
          <w:p w14:paraId="27FCDE06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통신비밀보호법</w:t>
            </w:r>
          </w:p>
        </w:tc>
        <w:tc>
          <w:tcPr>
            <w:tcW w:w="1417" w:type="dxa"/>
          </w:tcPr>
          <w:p w14:paraId="2ADE6293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1년</w:t>
            </w:r>
          </w:p>
        </w:tc>
      </w:tr>
      <w:tr w:rsidR="007512EB" w14:paraId="7A320DEF" w14:textId="77777777">
        <w:trPr>
          <w:jc w:val="center"/>
        </w:trPr>
        <w:tc>
          <w:tcPr>
            <w:tcW w:w="4252" w:type="dxa"/>
          </w:tcPr>
          <w:p w14:paraId="15D850D5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발신번호 등록 기록</w:t>
            </w:r>
          </w:p>
        </w:tc>
        <w:tc>
          <w:tcPr>
            <w:tcW w:w="3969" w:type="dxa"/>
          </w:tcPr>
          <w:p w14:paraId="26A1B85F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전기통신사업법</w:t>
            </w:r>
          </w:p>
        </w:tc>
        <w:tc>
          <w:tcPr>
            <w:tcW w:w="1417" w:type="dxa"/>
          </w:tcPr>
          <w:p w14:paraId="252AE8CF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1년</w:t>
            </w:r>
          </w:p>
        </w:tc>
      </w:tr>
      <w:tr w:rsidR="007512EB" w14:paraId="290AA903" w14:textId="77777777">
        <w:trPr>
          <w:jc w:val="center"/>
        </w:trPr>
        <w:tc>
          <w:tcPr>
            <w:tcW w:w="4252" w:type="dxa"/>
          </w:tcPr>
          <w:p w14:paraId="6D4D87A0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세법이 규정하는 거래 장부 및 증빙서류</w:t>
            </w:r>
          </w:p>
        </w:tc>
        <w:tc>
          <w:tcPr>
            <w:tcW w:w="3969" w:type="dxa"/>
          </w:tcPr>
          <w:p w14:paraId="5259046D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국세기본법</w:t>
            </w:r>
          </w:p>
        </w:tc>
        <w:tc>
          <w:tcPr>
            <w:tcW w:w="1417" w:type="dxa"/>
          </w:tcPr>
          <w:p w14:paraId="3C0BBAD1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5년</w:t>
            </w:r>
          </w:p>
        </w:tc>
      </w:tr>
    </w:tbl>
    <w:p w14:paraId="19029DB3" w14:textId="77777777" w:rsidR="007512EB" w:rsidRDefault="007512EB">
      <w:pPr>
        <w:spacing w:after="0"/>
      </w:pPr>
    </w:p>
    <w:p w14:paraId="1468AC0E" w14:textId="77777777" w:rsidR="007512EB" w:rsidRDefault="00000000">
      <w:pPr>
        <w:spacing w:after="60"/>
        <w:rPr>
          <w:lang w:eastAsia="ko-KR"/>
        </w:rPr>
      </w:pPr>
      <w:r>
        <w:rPr>
          <w:color w:val="888888"/>
          <w:sz w:val="18"/>
          <w:lang w:eastAsia="ko-KR"/>
        </w:rPr>
        <w:t>※ 개인정보처리시스템 접속기록은 「개인정보의 안전성 확보조치 기준」에 따라 최소 1년(정보주체 5만명 이상 또는 고유식별정보·민감정보 처리 시 2년) 이상 보관한다. — 본 정책 제2장 보관기간에 동일 적용</w:t>
      </w:r>
    </w:p>
    <w:p w14:paraId="0E9D4844" w14:textId="77777777" w:rsidR="007512EB" w:rsidRDefault="00000000">
      <w:pPr>
        <w:spacing w:before="280" w:after="120"/>
        <w:rPr>
          <w:lang w:eastAsia="ko-KR"/>
        </w:rPr>
      </w:pPr>
      <w:r>
        <w:rPr>
          <w:b/>
          <w:color w:val="FFFFFF"/>
          <w:sz w:val="24"/>
          <w:shd w:val="clear" w:color="auto" w:fill="1F3B5C"/>
          <w:lang w:eastAsia="ko-KR"/>
        </w:rPr>
        <w:t xml:space="preserve"> 6   </w:t>
      </w:r>
      <w:r>
        <w:rPr>
          <w:b/>
          <w:color w:val="1F3B5C"/>
          <w:sz w:val="24"/>
          <w:lang w:eastAsia="ko-KR"/>
        </w:rPr>
        <w:t xml:space="preserve">  증빙 및 시행</w:t>
      </w:r>
    </w:p>
    <w:p w14:paraId="42EA0E80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증빙자료: </w:t>
      </w:r>
      <w:r>
        <w:rPr>
          <w:lang w:eastAsia="ko-KR"/>
        </w:rPr>
        <w:t>로그 저장 기록(로그별 저장 파일 목록 등), 월간 로그 점검 보고서(별첨 양식)</w:t>
      </w:r>
    </w:p>
    <w:p w14:paraId="283B2E60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 xml:space="preserve">· </w:t>
      </w:r>
      <w:r>
        <w:rPr>
          <w:b/>
          <w:lang w:eastAsia="ko-KR"/>
        </w:rPr>
        <w:t xml:space="preserve">역할: </w:t>
      </w:r>
      <w:r>
        <w:rPr>
          <w:lang w:eastAsia="ko-KR"/>
        </w:rPr>
        <w:t>로그 생성·저장·백업은 시스템 운영 담당자가, 정기 점검·기록은 점검 담당자가 수행하고, 보안책임자가 검토·승인한다.</w:t>
      </w:r>
    </w:p>
    <w:p w14:paraId="016EE59B" w14:textId="77777777" w:rsidR="007512EB" w:rsidRDefault="00000000">
      <w:pPr>
        <w:spacing w:after="60"/>
        <w:rPr>
          <w:lang w:eastAsia="ko-KR"/>
        </w:rPr>
      </w:pPr>
      <w:r>
        <w:rPr>
          <w:b/>
          <w:color w:val="1F3B5C"/>
          <w:lang w:eastAsia="ko-KR"/>
        </w:rPr>
        <w:t>· 시행일: 본 정책(v1.3)은 2026-08-10부터 시행한다.</w:t>
      </w:r>
    </w:p>
    <w:p w14:paraId="166B1ECA" w14:textId="77777777" w:rsidR="007512EB" w:rsidRDefault="00000000">
      <w:pPr>
        <w:spacing w:before="200" w:after="80"/>
      </w:pPr>
      <w:r>
        <w:rPr>
          <w:b/>
          <w:color w:val="1F3B5C"/>
          <w:sz w:val="22"/>
        </w:rPr>
        <w:t>개정 이력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"/>
        <w:gridCol w:w="1474"/>
        <w:gridCol w:w="7143"/>
      </w:tblGrid>
      <w:tr w:rsidR="007512EB" w14:paraId="3C03CDFA" w14:textId="77777777">
        <w:trPr>
          <w:jc w:val="center"/>
        </w:trPr>
        <w:tc>
          <w:tcPr>
            <w:tcW w:w="1020" w:type="dxa"/>
            <w:shd w:val="clear" w:color="auto" w:fill="DDE6F0"/>
          </w:tcPr>
          <w:p w14:paraId="2688D6B2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버전</w:t>
            </w:r>
          </w:p>
        </w:tc>
        <w:tc>
          <w:tcPr>
            <w:tcW w:w="1474" w:type="dxa"/>
            <w:shd w:val="clear" w:color="auto" w:fill="DDE6F0"/>
          </w:tcPr>
          <w:p w14:paraId="6AA1293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일자</w:t>
            </w:r>
          </w:p>
        </w:tc>
        <w:tc>
          <w:tcPr>
            <w:tcW w:w="7143" w:type="dxa"/>
            <w:shd w:val="clear" w:color="auto" w:fill="DDE6F0"/>
          </w:tcPr>
          <w:p w14:paraId="43B619AD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주요 내용</w:t>
            </w:r>
          </w:p>
        </w:tc>
      </w:tr>
      <w:tr w:rsidR="007512EB" w14:paraId="3DEA449A" w14:textId="77777777">
        <w:trPr>
          <w:jc w:val="center"/>
        </w:trPr>
        <w:tc>
          <w:tcPr>
            <w:tcW w:w="1020" w:type="dxa"/>
          </w:tcPr>
          <w:p w14:paraId="7901B846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v1.0</w:t>
            </w:r>
          </w:p>
        </w:tc>
        <w:tc>
          <w:tcPr>
            <w:tcW w:w="1474" w:type="dxa"/>
          </w:tcPr>
          <w:p w14:paraId="52074812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2026-08-04</w:t>
            </w:r>
          </w:p>
        </w:tc>
        <w:tc>
          <w:tcPr>
            <w:tcW w:w="7143" w:type="dxa"/>
          </w:tcPr>
          <w:p w14:paraId="7C64B114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최초 제정</w:t>
            </w:r>
          </w:p>
        </w:tc>
      </w:tr>
      <w:tr w:rsidR="007512EB" w14:paraId="4B014F54" w14:textId="77777777">
        <w:trPr>
          <w:jc w:val="center"/>
        </w:trPr>
        <w:tc>
          <w:tcPr>
            <w:tcW w:w="1020" w:type="dxa"/>
          </w:tcPr>
          <w:p w14:paraId="5F5696FE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v1.1</w:t>
            </w:r>
          </w:p>
        </w:tc>
        <w:tc>
          <w:tcPr>
            <w:tcW w:w="1474" w:type="dxa"/>
          </w:tcPr>
          <w:p w14:paraId="17EB8051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2026-08-04</w:t>
            </w:r>
          </w:p>
        </w:tc>
        <w:tc>
          <w:tcPr>
            <w:tcW w:w="7143" w:type="dxa"/>
          </w:tcPr>
          <w:p w14:paraId="40A6686F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개인정보 처리 이력에 수정 행위 추가, 점검 절차·직무분리 구체화, 표준 점검표 별첨</w:t>
            </w:r>
          </w:p>
        </w:tc>
      </w:tr>
      <w:tr w:rsidR="007512EB" w14:paraId="44A734F8" w14:textId="77777777">
        <w:trPr>
          <w:jc w:val="center"/>
        </w:trPr>
        <w:tc>
          <w:tcPr>
            <w:tcW w:w="1020" w:type="dxa"/>
          </w:tcPr>
          <w:p w14:paraId="0C4D1DAA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v1.2</w:t>
            </w:r>
          </w:p>
        </w:tc>
        <w:tc>
          <w:tcPr>
            <w:tcW w:w="1474" w:type="dxa"/>
          </w:tcPr>
          <w:p w14:paraId="0577B590" w14:textId="77777777" w:rsidR="007512EB" w:rsidRDefault="00000000">
            <w:pPr>
              <w:spacing w:before="40" w:after="40"/>
            </w:pPr>
            <w:r>
              <w:rPr>
                <w:sz w:val="19"/>
              </w:rPr>
              <w:t>2026-08-05</w:t>
            </w:r>
          </w:p>
        </w:tc>
        <w:tc>
          <w:tcPr>
            <w:tcW w:w="7143" w:type="dxa"/>
          </w:tcPr>
          <w:p w14:paraId="5C7D0EA2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회원가입 로그 명시, 개인정보 접속기록 2년 조건 본문 반영, OS·DB·API 서버 로그 점검 대상 추가, 별첨을 항목별 점검 쿼리 결과(판정 포함)를 그대로 캡처하는 보고서 양식으로 개편</w:t>
            </w:r>
          </w:p>
        </w:tc>
      </w:tr>
      <w:tr>
        <w:tc>
          <w:tcPr>
            <w:tcW w:type="dxa" w:w="102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v1.3</w:t>
            </w:r>
          </w:p>
        </w:tc>
        <w:tc>
          <w:tcPr>
            <w:tcW w:type="dxa" w:w="1474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2026-08-10</w:t>
            </w:r>
          </w:p>
        </w:tc>
        <w:tc>
          <w:tcPr>
            <w:tcW w:type="dxa" w:w="7143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개인정보 처리 이력 전용 테이블(personal_information_log) 반영 — 조회·수정·삭제·다운로드 행위별 점검, 2차 인증 로그(SECOND_AUTH_LOG) 점검 항목 추가</w:t>
            </w:r>
          </w:p>
        </w:tc>
      </w:tr>
    </w:tbl>
    <w:p w14:paraId="0B3AA75D" w14:textId="7AAB93FE" w:rsidR="007512EB" w:rsidRDefault="00000000" w:rsidP="00FD22B9">
      <w:pPr>
        <w:rPr>
          <w:lang w:eastAsia="ko-KR"/>
        </w:rPr>
      </w:pPr>
      <w:r>
        <w:rPr>
          <w:lang w:eastAsia="ko-KR"/>
        </w:rPr>
        <w:br w:type="page"/>
      </w:r>
      <w:r>
        <w:rPr>
          <w:b/>
          <w:color w:val="1F3B5C"/>
          <w:sz w:val="32"/>
          <w:lang w:eastAsia="ko-KR"/>
        </w:rPr>
        <w:lastRenderedPageBreak/>
        <w:t>별첨. 월간 로그 점검 보고서</w:t>
      </w:r>
    </w:p>
    <w:p w14:paraId="64336064" w14:textId="77777777" w:rsidR="007512EB" w:rsidRDefault="00000000">
      <w:pPr>
        <w:jc w:val="center"/>
        <w:rPr>
          <w:lang w:eastAsia="ko-KR"/>
        </w:rPr>
      </w:pPr>
      <w:r>
        <w:rPr>
          <w:color w:val="888888"/>
          <w:sz w:val="18"/>
          <w:lang w:eastAsia="ko-KR"/>
        </w:rPr>
        <w:t>(로그 보관 및 관리 정책 v1.3 제4장에 따른 표준 양식)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"/>
        <w:gridCol w:w="1417"/>
        <w:gridCol w:w="1020"/>
        <w:gridCol w:w="1417"/>
        <w:gridCol w:w="1020"/>
        <w:gridCol w:w="1361"/>
        <w:gridCol w:w="1077"/>
        <w:gridCol w:w="1304"/>
      </w:tblGrid>
      <w:tr w:rsidR="007512EB" w14:paraId="17967102" w14:textId="77777777">
        <w:trPr>
          <w:jc w:val="center"/>
        </w:trPr>
        <w:tc>
          <w:tcPr>
            <w:tcW w:w="1020" w:type="dxa"/>
            <w:shd w:val="clear" w:color="auto" w:fill="DDE6F0"/>
          </w:tcPr>
          <w:p w14:paraId="2205D2B8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점검월</w:t>
            </w:r>
          </w:p>
        </w:tc>
        <w:tc>
          <w:tcPr>
            <w:tcW w:w="1417" w:type="dxa"/>
          </w:tcPr>
          <w:p w14:paraId="54719005" w14:textId="77777777" w:rsidR="007512EB" w:rsidRDefault="00000000">
            <w:pPr>
              <w:spacing w:before="40" w:after="40"/>
              <w:jc w:val="center"/>
            </w:pPr>
            <w:r>
              <w:rPr>
                <w:sz w:val="18"/>
              </w:rPr>
              <w:t>202  년   월</w:t>
            </w:r>
          </w:p>
        </w:tc>
        <w:tc>
          <w:tcPr>
            <w:tcW w:w="1020" w:type="dxa"/>
            <w:shd w:val="clear" w:color="auto" w:fill="DDE6F0"/>
          </w:tcPr>
          <w:p w14:paraId="23AEEBFB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점검일</w:t>
            </w:r>
          </w:p>
        </w:tc>
        <w:tc>
          <w:tcPr>
            <w:tcW w:w="1417" w:type="dxa"/>
          </w:tcPr>
          <w:p w14:paraId="089FBFB3" w14:textId="77777777" w:rsidR="007512EB" w:rsidRDefault="00000000">
            <w:pPr>
              <w:spacing w:before="40" w:after="40"/>
              <w:jc w:val="center"/>
            </w:pPr>
            <w:r>
              <w:rPr>
                <w:sz w:val="18"/>
              </w:rPr>
              <w:t>202  -   -</w:t>
            </w:r>
          </w:p>
        </w:tc>
        <w:tc>
          <w:tcPr>
            <w:tcW w:w="1020" w:type="dxa"/>
            <w:shd w:val="clear" w:color="auto" w:fill="DDE6F0"/>
          </w:tcPr>
          <w:p w14:paraId="7389DC63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점검자</w:t>
            </w:r>
          </w:p>
        </w:tc>
        <w:tc>
          <w:tcPr>
            <w:tcW w:w="1361" w:type="dxa"/>
          </w:tcPr>
          <w:p w14:paraId="0AD8C22C" w14:textId="77777777" w:rsidR="007512EB" w:rsidRDefault="00000000">
            <w:pPr>
              <w:spacing w:before="40" w:after="40"/>
              <w:jc w:val="center"/>
            </w:pPr>
            <w:r>
              <w:rPr>
                <w:sz w:val="18"/>
              </w:rPr>
              <w:t>(서명)</w:t>
            </w:r>
          </w:p>
        </w:tc>
        <w:tc>
          <w:tcPr>
            <w:tcW w:w="1077" w:type="dxa"/>
            <w:shd w:val="clear" w:color="auto" w:fill="DDE6F0"/>
          </w:tcPr>
          <w:p w14:paraId="389DBD5E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검토자</w:t>
            </w:r>
          </w:p>
          <w:p w14:paraId="16769F82" w14:textId="77777777" w:rsidR="007512EB" w:rsidRDefault="00000000">
            <w:pPr>
              <w:spacing w:after="40"/>
              <w:jc w:val="center"/>
            </w:pPr>
            <w:r>
              <w:rPr>
                <w:b/>
                <w:sz w:val="18"/>
              </w:rPr>
              <w:t>(보안책임자)</w:t>
            </w:r>
          </w:p>
        </w:tc>
        <w:tc>
          <w:tcPr>
            <w:tcW w:w="1304" w:type="dxa"/>
          </w:tcPr>
          <w:p w14:paraId="5FD20854" w14:textId="77777777" w:rsidR="007512EB" w:rsidRDefault="00000000">
            <w:pPr>
              <w:spacing w:before="40" w:after="40"/>
              <w:jc w:val="center"/>
            </w:pPr>
            <w:r>
              <w:rPr>
                <w:sz w:val="18"/>
              </w:rPr>
              <w:t>(서명)</w:t>
            </w:r>
          </w:p>
        </w:tc>
      </w:tr>
      <w:tr w:rsidR="007512EB" w14:paraId="11A2C41F" w14:textId="77777777">
        <w:trPr>
          <w:jc w:val="center"/>
        </w:trPr>
        <w:tc>
          <w:tcPr>
            <w:tcW w:w="1020" w:type="dxa"/>
            <w:shd w:val="clear" w:color="auto" w:fill="DDE6F0"/>
          </w:tcPr>
          <w:p w14:paraId="017A223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종합판정</w:t>
            </w:r>
          </w:p>
        </w:tc>
        <w:tc>
          <w:tcPr>
            <w:tcW w:w="1417" w:type="dxa"/>
          </w:tcPr>
          <w:p w14:paraId="457E315A" w14:textId="77777777" w:rsidR="007512EB" w:rsidRDefault="00000000">
            <w:pPr>
              <w:spacing w:before="40" w:after="40"/>
              <w:jc w:val="center"/>
            </w:pPr>
            <w:r>
              <w:rPr>
                <w:sz w:val="18"/>
              </w:rPr>
              <w:t>정상 □   경고 □   이상 □</w:t>
            </w:r>
          </w:p>
        </w:tc>
        <w:tc>
          <w:tcPr>
            <w:tcW w:w="1020" w:type="dxa"/>
            <w:shd w:val="clear" w:color="auto" w:fill="DDE6F0"/>
          </w:tcPr>
          <w:p w14:paraId="1538201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점검주기</w:t>
            </w:r>
          </w:p>
        </w:tc>
        <w:tc>
          <w:tcPr>
            <w:tcW w:w="1417" w:type="dxa"/>
          </w:tcPr>
          <w:p w14:paraId="2533E1DB" w14:textId="77777777" w:rsidR="007512EB" w:rsidRDefault="00000000">
            <w:pPr>
              <w:spacing w:before="40" w:after="40"/>
              <w:jc w:val="center"/>
            </w:pPr>
            <w:r>
              <w:rPr>
                <w:sz w:val="18"/>
              </w:rPr>
              <w:t>월 1회</w:t>
            </w:r>
          </w:p>
        </w:tc>
        <w:tc>
          <w:tcPr>
            <w:tcW w:w="1020" w:type="dxa"/>
            <w:shd w:val="clear" w:color="auto" w:fill="DDE6F0"/>
          </w:tcPr>
          <w:p w14:paraId="526C5DAF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수시점검</w:t>
            </w:r>
          </w:p>
          <w:p w14:paraId="2252D539" w14:textId="77777777" w:rsidR="007512EB" w:rsidRDefault="00000000">
            <w:pPr>
              <w:spacing w:after="40"/>
              <w:jc w:val="center"/>
            </w:pPr>
            <w:r>
              <w:rPr>
                <w:b/>
                <w:sz w:val="18"/>
              </w:rPr>
              <w:t>사유</w:t>
            </w:r>
          </w:p>
        </w:tc>
        <w:tc>
          <w:tcPr>
            <w:tcW w:w="1361" w:type="dxa"/>
          </w:tcPr>
          <w:p w14:paraId="5ECAAC98" w14:textId="77777777" w:rsidR="007512EB" w:rsidRDefault="00000000">
            <w:pPr>
              <w:spacing w:before="40" w:after="40"/>
              <w:jc w:val="center"/>
            </w:pPr>
            <w:r>
              <w:rPr>
                <w:sz w:val="18"/>
              </w:rPr>
              <w:t>해당 시 기재</w:t>
            </w:r>
          </w:p>
        </w:tc>
        <w:tc>
          <w:tcPr>
            <w:tcW w:w="1077" w:type="dxa"/>
            <w:shd w:val="clear" w:color="auto" w:fill="DDE6F0"/>
          </w:tcPr>
          <w:p w14:paraId="204C2899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소급점검</w:t>
            </w:r>
          </w:p>
          <w:p w14:paraId="24BE4635" w14:textId="77777777" w:rsidR="007512EB" w:rsidRDefault="00000000">
            <w:pPr>
              <w:spacing w:after="40"/>
              <w:jc w:val="center"/>
            </w:pPr>
            <w:r>
              <w:rPr>
                <w:b/>
                <w:sz w:val="18"/>
              </w:rPr>
              <w:t>여부</w:t>
            </w:r>
          </w:p>
        </w:tc>
        <w:tc>
          <w:tcPr>
            <w:tcW w:w="1304" w:type="dxa"/>
          </w:tcPr>
          <w:p w14:paraId="329823D0" w14:textId="77777777" w:rsidR="007512EB" w:rsidRDefault="00000000">
            <w:pPr>
              <w:spacing w:before="40" w:after="40"/>
              <w:jc w:val="center"/>
            </w:pPr>
            <w:r>
              <w:rPr>
                <w:sz w:val="18"/>
              </w:rPr>
              <w:t>Y □ / N □</w:t>
            </w:r>
          </w:p>
        </w:tc>
      </w:tr>
    </w:tbl>
    <w:p w14:paraId="2C4A9FC5" w14:textId="77777777" w:rsidR="007512EB" w:rsidRDefault="007512EB">
      <w:pPr>
        <w:spacing w:after="0"/>
      </w:pPr>
    </w:p>
    <w:p w14:paraId="45E01F7C" w14:textId="77777777" w:rsidR="007512EB" w:rsidRDefault="00000000">
      <w:pPr>
        <w:spacing w:before="120" w:after="80"/>
      </w:pPr>
      <w:r>
        <w:rPr>
          <w:b/>
          <w:color w:val="1F3B5C"/>
        </w:rPr>
        <w:t>■ 작성 방법</w:t>
      </w:r>
    </w:p>
    <w:p w14:paraId="4224A67F" w14:textId="77777777" w:rsidR="007512EB" w:rsidRDefault="00000000">
      <w:pPr>
        <w:spacing w:after="80"/>
        <w:rPr>
          <w:lang w:eastAsia="ko-KR"/>
        </w:rPr>
      </w:pPr>
      <w:r>
        <w:rPr>
          <w:sz w:val="19"/>
          <w:lang w:eastAsia="ko-KR"/>
        </w:rPr>
        <w:t>각 점검 항목의 쿼리는 당월 건수·전월 대비 증감·누락일수·판정까지 한 번에 계산하여 결과가 표 형태로 나온다. ① 쿼리 첫 줄의 SET @m 값만 점검 대상 월의 1일로 수정하고 ② 전체를 실행한 뒤 ③ 결과 그리드 화면을 그대로 캡처하여 [캡처 붙여넣기] 칸에 첨부한다. ④ 쿼리가 계산한 판정을 확인하여 체크하고, 경고·이상 시 ④후속조치 기록에 내용을 남긴다.</w:t>
      </w:r>
    </w:p>
    <w:p w14:paraId="131436CC" w14:textId="77777777" w:rsidR="007512EB" w:rsidRDefault="00000000">
      <w:pPr>
        <w:spacing w:after="60"/>
        <w:rPr>
          <w:lang w:eastAsia="ko-KR"/>
        </w:rPr>
      </w:pPr>
      <w:r>
        <w:rPr>
          <w:color w:val="888888"/>
          <w:sz w:val="18"/>
          <w:lang w:eastAsia="ko-KR"/>
        </w:rPr>
        <w:t>※ 결과 캡처에는 실행한 쿼리와 결과 그리드가 함께 보이면 더 좋다(DBeaver·HeidiSQL 등). 컬럼·상태값·임계치는 운영 스키마 기준으로 필요 시 조정하고, 조정 시 사유를 남긴다.</w:t>
      </w:r>
    </w:p>
    <w:p w14:paraId="0986EFBA" w14:textId="77777777" w:rsidR="007512EB" w:rsidRDefault="00000000">
      <w:pPr>
        <w:spacing w:after="60"/>
        <w:rPr>
          <w:lang w:eastAsia="ko-KR"/>
        </w:rPr>
      </w:pPr>
      <w:r>
        <w:rPr>
          <w:color w:val="888888"/>
          <w:sz w:val="18"/>
          <w:lang w:eastAsia="ko-KR"/>
        </w:rPr>
        <w:t>※ 본 보고서의 캡처는 점검 대상 월 기준이다(가이드라인 4.3 로그 점검 대응). 이와 별개로 인증 심사 증빙용 「모든 로그 저장 기록(로그별 저장 파일 전체 목록 캡처)」은 보관 중인 전체 기간 기준으로 별도 준비한다(가이드라인 4.1·4.2 로그 보관 대응).</w:t>
      </w:r>
    </w:p>
    <w:p w14:paraId="18A76E37" w14:textId="77777777" w:rsidR="007512EB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6A3BFDEF" w14:textId="77777777" w:rsidR="007512EB" w:rsidRDefault="00000000">
      <w:pPr>
        <w:spacing w:before="280" w:after="120"/>
        <w:rPr>
          <w:lang w:eastAsia="ko-KR"/>
        </w:rPr>
      </w:pPr>
      <w:r>
        <w:rPr>
          <w:b/>
          <w:color w:val="FFFFFF"/>
          <w:sz w:val="24"/>
          <w:shd w:val="clear" w:color="auto" w:fill="1F3B5C"/>
          <w:lang w:eastAsia="ko-KR"/>
        </w:rPr>
        <w:lastRenderedPageBreak/>
        <w:t xml:space="preserve"> ①   </w:t>
      </w:r>
      <w:r>
        <w:rPr>
          <w:b/>
          <w:color w:val="1F3B5C"/>
          <w:sz w:val="24"/>
          <w:lang w:eastAsia="ko-KR"/>
        </w:rPr>
        <w:t xml:space="preserve">  이용자 로그 점검</w:t>
      </w:r>
    </w:p>
    <w:p w14:paraId="1A899E61" w14:textId="77777777" w:rsidR="007512EB" w:rsidRDefault="00000000">
      <w:pPr>
        <w:spacing w:before="160" w:after="60"/>
        <w:rPr>
          <w:lang w:eastAsia="ko-KR"/>
        </w:rPr>
      </w:pPr>
      <w:r>
        <w:rPr>
          <w:b/>
          <w:sz w:val="21"/>
          <w:lang w:eastAsia="ko-KR"/>
        </w:rPr>
        <w:t>1. 접속 로그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788C585A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2C8DBFF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550925B7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MJ_LOGIN_LOG, HACK_IP</w:t>
            </w:r>
          </w:p>
        </w:tc>
        <w:tc>
          <w:tcPr>
            <w:tcW w:w="964" w:type="dxa"/>
            <w:shd w:val="clear" w:color="auto" w:fill="F2F2F2"/>
          </w:tcPr>
          <w:p w14:paraId="5AF8BAEA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13279042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6FD5E102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7B25E9EE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3B266F81" w14:textId="77777777" w:rsidR="007512EB" w:rsidRDefault="007512EB">
      <w:pPr>
        <w:spacing w:after="0"/>
      </w:pPr>
    </w:p>
    <w:p w14:paraId="4C90769D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38EB9101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5D233B34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2BA30F6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SELECT '접속 로그' AS `점검항목`,</w:t>
            </w:r>
          </w:p>
          <w:p w14:paraId="2992061C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t.cur AS `당월건수`, t.first_dt AS `최초일시`, t.last_dt AS `최종일시`,</w:t>
            </w:r>
          </w:p>
          <w:p w14:paraId="62011C0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t.prev AS `전월건수`,</w:t>
            </w:r>
          </w:p>
          <w:p w14:paraId="5F9D8A7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CONCAT(IFNULL(ROUND((t.cur - t.prev) / NULLIF(t.prev, 0) * 100, 1), '-'), '%') AS `증감률`,</w:t>
            </w:r>
          </w:p>
          <w:p w14:paraId="39D6DBF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DAY(LAST_DAY(@m)) - t.days AS `누락일수`,</w:t>
            </w:r>
          </w:p>
          <w:p w14:paraId="02C1648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t.cur = 0                       THEN '이상(미생성)'</w:t>
            </w:r>
          </w:p>
          <w:p w14:paraId="503B5C8C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DAY(LAST_DAY(@m)) &gt; t.days      THEN '경고(누락의심)'</w:t>
            </w:r>
          </w:p>
          <w:p w14:paraId="105A5336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t.prev &gt; 0 AND t.cur &gt; t.prev*2 THEN '경고(급증)'</w:t>
            </w:r>
          </w:p>
          <w:p w14:paraId="7436FBC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ELSE '정상' END AS `판정`</w:t>
            </w:r>
          </w:p>
          <w:p w14:paraId="7C6523B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FROM (SELECT SUM(LOGIN_DT &gt;= @m)                          AS cur,</w:t>
            </w:r>
          </w:p>
          <w:p w14:paraId="4F17B5B0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SUM(LOGIN_DT &lt;  @m)                          AS prev,</w:t>
            </w:r>
          </w:p>
          <w:p w14:paraId="5BA2002C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MIN(CASE WHEN LOGIN_DT &gt;= @m THEN LOGIN_DT END) AS first_dt,</w:t>
            </w:r>
          </w:p>
          <w:p w14:paraId="70ED6CA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MAX(CASE WHEN LOGIN_DT &gt;= @m THEN LOGIN_DT END) AS last_dt,</w:t>
            </w:r>
          </w:p>
          <w:p w14:paraId="5F6E263F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COUNT(DISTINCT CASE WHEN LOGIN_DT &gt;= @m THEN DATE(LOGIN_DT) END) AS days</w:t>
            </w:r>
          </w:p>
          <w:p w14:paraId="1FBE282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MJ_LOGIN_LOG</w:t>
            </w:r>
          </w:p>
          <w:p w14:paraId="5D178E9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LOGIN_DT &gt;= DATE_SUB(@m, INTERVAL 1 MONTH)</w:t>
            </w:r>
          </w:p>
          <w:p w14:paraId="6BC67E6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LOGIN_DT &lt;  DATE_ADD(@m, INTERVAL 1 MONTH)) t;</w:t>
            </w:r>
          </w:p>
        </w:tc>
      </w:tr>
    </w:tbl>
    <w:p w14:paraId="4026A2B6" w14:textId="77777777" w:rsidR="007512EB" w:rsidRDefault="007512EB">
      <w:pPr>
        <w:spacing w:after="0"/>
      </w:pPr>
    </w:p>
    <w:p w14:paraId="253D07AC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78FF1CB2" w14:textId="77777777">
        <w:trPr>
          <w:trHeight w:val="2381"/>
          <w:jc w:val="center"/>
        </w:trPr>
        <w:tc>
          <w:tcPr>
            <w:tcW w:w="9638" w:type="dxa"/>
          </w:tcPr>
          <w:p w14:paraId="7DC7E73D" w14:textId="7C223AF5" w:rsidR="007512EB" w:rsidRDefault="007512EB">
            <w:pPr>
              <w:spacing w:after="20"/>
            </w:pPr>
          </w:p>
        </w:tc>
      </w:tr>
    </w:tbl>
    <w:p w14:paraId="6DFCDD82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67499E44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18CAC66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36293E59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0B1C39C8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0E4990EA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37491E4D" w14:textId="77777777" w:rsidR="007512EB" w:rsidRDefault="007512EB">
            <w:pPr>
              <w:spacing w:before="40" w:after="40"/>
            </w:pPr>
          </w:p>
        </w:tc>
      </w:tr>
    </w:tbl>
    <w:p w14:paraId="54E15DE9" w14:textId="77777777" w:rsidR="007512EB" w:rsidRDefault="007512EB">
      <w:pPr>
        <w:spacing w:after="0"/>
      </w:pPr>
    </w:p>
    <w:p w14:paraId="64DC8C95" w14:textId="77777777" w:rsidR="007512EB" w:rsidRDefault="00000000">
      <w:pPr>
        <w:spacing w:before="160" w:after="60"/>
        <w:rPr>
          <w:lang w:eastAsia="ko-KR"/>
        </w:rPr>
      </w:pPr>
      <w:r>
        <w:rPr>
          <w:b/>
          <w:sz w:val="21"/>
          <w:lang w:eastAsia="ko-KR"/>
        </w:rPr>
        <w:t>2. 인증 로그 (회원가입·본인확인)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4B98A8BD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7C0A2144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2BAB388C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MJ_CERT_LOG, LETTNGNRLMBER_CERT_LOGIN_LOG_IP</w:t>
            </w:r>
          </w:p>
        </w:tc>
        <w:tc>
          <w:tcPr>
            <w:tcW w:w="964" w:type="dxa"/>
            <w:shd w:val="clear" w:color="auto" w:fill="F2F2F2"/>
          </w:tcPr>
          <w:p w14:paraId="62A51CA9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73497C5F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653547D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4810E7C7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3A8E46A2" w14:textId="77777777" w:rsidR="007512EB" w:rsidRDefault="007512EB">
      <w:pPr>
        <w:spacing w:after="0"/>
      </w:pPr>
    </w:p>
    <w:p w14:paraId="7F3884DF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582FF677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364E5EEA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779C133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SELECT '인증 로그' AS `점검항목`,</w:t>
            </w:r>
          </w:p>
          <w:p w14:paraId="399B225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t.cur AS `당월건수`, t.ok AS `성공`, t.ng AS `실패`, t.prev AS `전월건수`,</w:t>
            </w:r>
          </w:p>
          <w:p w14:paraId="0F8238E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CONCAT(IFNULL(ROUND((t.cur - t.prev) / NULLIF(t.prev, 0) * 100, 1), '-'), '%') AS `증감률`,</w:t>
            </w:r>
          </w:p>
          <w:p w14:paraId="11CDDE1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lastRenderedPageBreak/>
              <w:t xml:space="preserve">       CASE WHEN t.cur = 0                       THEN '확인필요(0건)'</w:t>
            </w:r>
          </w:p>
          <w:p w14:paraId="21CD1E7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t.prev &gt; 0 AND t.cur &gt; t.prev*2 THEN '경고(급증)'</w:t>
            </w:r>
          </w:p>
          <w:p w14:paraId="5515E74F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ELSE '정상' END AS `판정`</w:t>
            </w:r>
          </w:p>
          <w:p w14:paraId="4457B11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FROM (SELECT SUM(REGDATE &gt;= @m) AS cur,</w:t>
            </w:r>
          </w:p>
          <w:p w14:paraId="7332A98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SUM(REGDATE &lt;  @m) AS prev,</w:t>
            </w:r>
          </w:p>
          <w:p w14:paraId="799FAEBC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SUM(REGDATE &gt;= @m AND CERT_RESULT =  'Y') AS ok,</w:t>
            </w:r>
          </w:p>
          <w:p w14:paraId="7DFF4FC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SUM(REGDATE &gt;= @m AND CERT_RESULT &lt;&gt; 'Y') AS ng</w:t>
            </w:r>
          </w:p>
          <w:p w14:paraId="46A3FA9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MJ_CERT_LOG</w:t>
            </w:r>
          </w:p>
          <w:p w14:paraId="1BD0DAA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REGDATE &gt;= DATE_SUB(@m, INTERVAL 1 MONTH)</w:t>
            </w:r>
          </w:p>
          <w:p w14:paraId="36611F2C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REGDATE &lt;  DATE_ADD(@m, INTERVAL 1 MONTH)) t;</w:t>
            </w:r>
          </w:p>
          <w:p w14:paraId="46F5A10B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CERT_RESULT 성공값('Y')은 운영 코드 기준으로 조정</w:t>
            </w:r>
          </w:p>
        </w:tc>
      </w:tr>
    </w:tbl>
    <w:p w14:paraId="430F1A68" w14:textId="77777777" w:rsidR="007512EB" w:rsidRDefault="007512EB">
      <w:pPr>
        <w:spacing w:after="0"/>
        <w:rPr>
          <w:lang w:eastAsia="ko-KR"/>
        </w:rPr>
      </w:pPr>
    </w:p>
    <w:p w14:paraId="3574E631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5094510B" w14:textId="77777777">
        <w:trPr>
          <w:trHeight w:val="2381"/>
          <w:jc w:val="center"/>
        </w:trPr>
        <w:tc>
          <w:tcPr>
            <w:tcW w:w="9638" w:type="dxa"/>
          </w:tcPr>
          <w:p w14:paraId="60AFBA8B" w14:textId="5DC0C1D2" w:rsidR="007512EB" w:rsidRDefault="007512EB"/>
        </w:tc>
      </w:tr>
    </w:tbl>
    <w:p w14:paraId="64F5F813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1B1B0A33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4B3ACC04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29B18A80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099BA051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7762F4C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2A549317" w14:textId="77777777" w:rsidR="007512EB" w:rsidRDefault="007512EB">
            <w:pPr>
              <w:spacing w:before="40" w:after="40"/>
            </w:pPr>
          </w:p>
        </w:tc>
      </w:tr>
    </w:tbl>
    <w:p w14:paraId="3261F76D" w14:textId="77777777" w:rsidR="007512EB" w:rsidRDefault="007512EB">
      <w:pPr>
        <w:spacing w:after="0"/>
      </w:pPr>
    </w:p>
    <w:p>
      <w:pPr>
        <w:spacing w:before="160" w:after="60"/>
      </w:pPr>
      <w:r>
        <w:rPr>
          <w:rFonts w:ascii="맑은 고딕" w:hAnsi="맑은 고딕" w:eastAsia="맑은 고딕"/>
          <w:b/>
          <w:sz w:val="21"/>
        </w:rPr>
        <w:t>2-1. 추가인증 로그 (2차 인증 · 신설 SECOND_AUTH_LOG)</w:t>
      </w:r>
    </w:p>
    <w:tbl>
      <w:tblPr>
        <w:tblStyle w:val="af9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c>
          <w:tcPr>
            <w:tcW w:type="dxa" w:w="964"/>
            <w:shd w:val="clear" w:fill="F2F2F2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점검대상</w:t>
            </w:r>
          </w:p>
        </w:tc>
        <w:tc>
          <w:tcPr>
            <w:tcW w:type="dxa" w:w="3402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  <w:t>SECOND_AUTH_LOG (2차 인증 로그 · 2026-07 신설)</w:t>
            </w:r>
          </w:p>
        </w:tc>
        <w:tc>
          <w:tcPr>
            <w:tcW w:type="dxa" w:w="964"/>
            <w:shd w:val="clear" w:fill="F2F2F2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저장위치</w:t>
            </w:r>
          </w:p>
        </w:tc>
        <w:tc>
          <w:tcPr>
            <w:tcW w:type="dxa" w:w="1871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  <w:t>DB</w:t>
            </w:r>
          </w:p>
        </w:tc>
        <w:tc>
          <w:tcPr>
            <w:tcW w:type="dxa" w:w="964"/>
            <w:shd w:val="clear" w:fill="F2F2F2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보관기간</w:t>
            </w:r>
          </w:p>
        </w:tc>
        <w:tc>
          <w:tcPr>
            <w:tcW w:type="dxa" w:w="1474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  <w:t>1년 이상</w:t>
            </w:r>
          </w:p>
        </w:tc>
      </w:tr>
    </w:tbl>
    <w:p>
      <w:pPr>
        <w:spacing w:before="0" w:after="0"/>
      </w:pPr>
    </w:p>
    <w:p>
      <w:pPr>
        <w:spacing w:before="40" w:after="40"/>
      </w:pPr>
      <w:r>
        <w:rPr>
          <w:rFonts w:ascii="맑은 고딕" w:hAnsi="맑은 고딕" w:eastAsia="맑은 고딕"/>
          <w:b/>
          <w:sz w:val="19"/>
        </w:rPr>
        <w:t>▸ 점검 SQL (실행 후 결과 그리드를 그대로 캡처)</w:t>
      </w:r>
    </w:p>
    <w:tbl>
      <w:tblPr>
        <w:tblStyle w:val="af9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c>
          <w:tcPr>
            <w:tcW w:type="dxa" w:w="9638"/>
            <w:shd w:val="clear" w:fill="F5F5F0"/>
          </w:tcPr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>SET @m := '2026-08-01';  -- ★ 점검 대상 월의 1일 (이 줄만 수정)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>SELECT '추가인증(2차) 로그' AS `점검항목`,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COUNT(*) AS `당월건수`,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SUM(LOGIN_RESULT = 'SUCCESS') AS `성공`, SUM(LOGIN_RESULT = 'FAIL') AS `실패`,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COUNT(DISTINCT TRY_LOGIN_ID) AS `시도계정수`,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MIN(FRST_REGIST_PNTTM) AS `최초일시`, MAX(FRST_REGIST_PNTTM) AS `최종일시`,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CASE WHEN COUNT(*) = 0 THEN '확인필요(0건)' ELSE '정상' END AS `판정`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FROM SECOND_AUTH_LOG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WHERE FRST_REGIST_PNTTM &gt;= @m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AND FRST_REGIST_PNTTM &lt; DATE_ADD(@m, INTERVAL 1 MONTH);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>-- ※ LOGIN_RESULT: SUCCESS/FAIL · AUTH_STEP: SECONDARY(2차 인증)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>-- ※ 적재 개시 월부터 점검 적용, 전월 대비 비교는 2개월차부터 기재</w:t>
            </w:r>
          </w:p>
        </w:tc>
      </w:tr>
    </w:tbl>
    <w:p>
      <w:pPr>
        <w:spacing w:before="0" w:after="0"/>
      </w:pPr>
    </w:p>
    <w:p>
      <w:pPr>
        <w:spacing w:before="40" w:after="40"/>
      </w:pPr>
      <w:r>
        <w:rPr>
          <w:rFonts w:ascii="맑은 고딕" w:hAnsi="맑은 고딕" w:eastAsia="맑은 고딕"/>
          <w:b/>
          <w:sz w:val="19"/>
        </w:rPr>
        <w:t>▸ 결과 캡처</w:t>
      </w:r>
    </w:p>
    <w:tbl>
      <w:tblPr>
        <w:tblStyle w:val="af9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2381" w:hRule="atLeast"/>
        </w:trPr>
        <w:tc>
          <w:tcPr>
            <w:tcW w:type="dxa" w:w="9638"/>
          </w:tcPr>
          <w:p>
            <w:r/>
            <w:r>
              <w:rPr>
                <w:rFonts w:ascii="맑은 고딕" w:hAnsi="맑은 고딕" w:eastAsia="맑은 고딕"/>
                <w:b w:val="0"/>
                <w:color w:val="888888"/>
                <w:sz w:val="18"/>
              </w:rPr>
              <w:t>[캡처 붙여넣기]</w:t>
            </w:r>
          </w:p>
          <w:p>
            <w:r>
              <w:rPr>
                <w:rFonts w:ascii="맑은 고딕" w:hAnsi="맑은 고딕" w:eastAsia="맑은 고딕"/>
                <w:b w:val="0"/>
                <w:color w:val="888888"/>
                <w:sz w:val="16"/>
              </w:rPr>
              <w:t>(적재 개시 전이면 「DESC SECOND_AUTH_LOG」 결과 캡처로 갈음하고 비고에 기재)</w:t>
            </w:r>
          </w:p>
        </w:tc>
      </w:tr>
    </w:tbl>
    <w:p>
      <w:pPr>
        <w:spacing w:before="0" w:after="0"/>
      </w:pPr>
    </w:p>
    <w:tbl>
      <w:tblPr>
        <w:tblStyle w:val="af9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2268"/>
            <w:shd w:val="clear" w:fill="F2F2F2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판정 확인</w:t>
            </w:r>
          </w:p>
        </w:tc>
        <w:tc>
          <w:tcPr>
            <w:tcW w:type="dxa" w:w="737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  <w:t>정상 □   경고 □   이상 □   (쿼리 판정과 달리 판단 시 사유:                        )</w:t>
            </w:r>
          </w:p>
        </w:tc>
      </w:tr>
      <w:tr>
        <w:tc>
          <w:tcPr>
            <w:tcW w:type="dxa" w:w="2268"/>
            <w:shd w:val="clear" w:fill="F2F2F2"/>
          </w:tcPr>
          <w:p>
            <w:pPr>
              <w:spacing w:after="40" w:before="4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조치·비고</w:t>
            </w:r>
          </w:p>
        </w:tc>
        <w:tc>
          <w:tcPr>
            <w:tcW w:type="dxa" w:w="7370"/>
          </w:tcPr>
          <w:p>
            <w:pPr>
              <w:spacing w:after="40" w:before="40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/>
      </w:pPr>
    </w:p>
    <w:p w14:paraId="735DECAF" w14:textId="77777777" w:rsidR="007512EB" w:rsidRDefault="00000000">
      <w:pPr>
        <w:spacing w:before="160" w:after="60"/>
      </w:pPr>
      <w:r>
        <w:rPr>
          <w:b/>
          <w:sz w:val="21"/>
        </w:rPr>
        <w:t>3. 문자 발송 이력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467413A8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754DD87A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4676B788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MJ_MSG_GROUP_DATA, MJ_MSG_DATA</w:t>
            </w:r>
          </w:p>
        </w:tc>
        <w:tc>
          <w:tcPr>
            <w:tcW w:w="964" w:type="dxa"/>
            <w:shd w:val="clear" w:color="auto" w:fill="F2F2F2"/>
          </w:tcPr>
          <w:p w14:paraId="536BB5F2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662FE113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55DA7FC6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3A64C205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6E22E5B3" w14:textId="77777777" w:rsidR="007512EB" w:rsidRDefault="007512EB">
      <w:pPr>
        <w:spacing w:after="0"/>
      </w:pPr>
    </w:p>
    <w:p w14:paraId="4BD303C8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547FA286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7944DDF4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6203D2B9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SELECT '문자 발송 이력' AS `점검항목`,</w:t>
            </w:r>
          </w:p>
          <w:p w14:paraId="47B7F16D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      </w:t>
            </w:r>
            <w:r>
              <w:rPr>
                <w:rFonts w:ascii="Consolas" w:eastAsia="Consolas" w:hAnsi="Consolas"/>
                <w:color w:val="333333"/>
                <w:sz w:val="17"/>
              </w:rPr>
              <w:t>m.cur AS `발송건수(당월)`, g.cur AS `그룹건수(당월)`, m.prev AS `발송건수(전월)`,</w:t>
            </w:r>
          </w:p>
          <w:p w14:paraId="76B5C3D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CONCAT(IFNULL(ROUND((m.cur - m.prev) / NULLIF(m.prev, 0) * 100, 1), '-'), '%') AS `증감률`,</w:t>
            </w:r>
          </w:p>
          <w:p w14:paraId="3627798F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DAY(LAST_DAY(@m)) - m.days AS `누락일수`,</w:t>
            </w:r>
          </w:p>
          <w:p w14:paraId="236F2410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m.cur = 0                       THEN '이상(미생성)'</w:t>
            </w:r>
          </w:p>
          <w:p w14:paraId="79C74DB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DAY(LAST_DAY(@m)) &gt; m.days      THEN '경고(누락의심)'</w:t>
            </w:r>
          </w:p>
          <w:p w14:paraId="6DFDE98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m.prev &gt; 0 AND m.cur &gt; m.prev*2 THEN '경고(급증)'</w:t>
            </w:r>
          </w:p>
          <w:p w14:paraId="40F5D8B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ELSE '정상' END AS `판정`</w:t>
            </w:r>
          </w:p>
          <w:p w14:paraId="328775C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FROM (SELECT SUM(REQ_DATE &gt;= @m) AS cur,</w:t>
            </w:r>
          </w:p>
          <w:p w14:paraId="11BE9EA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SUM(REQ_DATE &lt;  @m) AS prev,</w:t>
            </w:r>
          </w:p>
          <w:p w14:paraId="58D91F1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COUNT(DISTINCT CASE WHEN REQ_DATE &gt;= @m THEN DATE(REQ_DATE) END) AS days</w:t>
            </w:r>
          </w:p>
          <w:p w14:paraId="1C8ABEED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MJ_MSG_DATA</w:t>
            </w:r>
          </w:p>
          <w:p w14:paraId="11CB507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REQ_DATE &gt;= DATE_SUB(@m, INTERVAL 1 MONTH)</w:t>
            </w:r>
          </w:p>
          <w:p w14:paraId="3FDA617C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REQ_DATE &lt;  DATE_ADD(@m, INTERVAL 1 MONTH)) m,</w:t>
            </w:r>
          </w:p>
          <w:p w14:paraId="37DAA8BD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(SELECT COUNT(*) AS cur</w:t>
            </w:r>
          </w:p>
          <w:p w14:paraId="5A883A9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MJ_MSG_GROUP_DATA</w:t>
            </w:r>
          </w:p>
          <w:p w14:paraId="373BB9B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REQ_DATE &gt;= @m AND REQ_DATE &lt; DATE_ADD(@m, INTERVAL 1 MONTH)) g;</w:t>
            </w:r>
          </w:p>
          <w:p w14:paraId="094FC685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일자 컬럼은 운영 스키마 기준(REQ_DATE/SENT_DATE)으로 조정</w:t>
            </w:r>
          </w:p>
        </w:tc>
      </w:tr>
    </w:tbl>
    <w:p w14:paraId="3F8AD016" w14:textId="77777777" w:rsidR="007512EB" w:rsidRDefault="007512EB">
      <w:pPr>
        <w:spacing w:after="0"/>
        <w:rPr>
          <w:lang w:eastAsia="ko-KR"/>
        </w:rPr>
      </w:pPr>
    </w:p>
    <w:p w14:paraId="4B5DBAED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4F45B2AD" w14:textId="77777777">
        <w:trPr>
          <w:trHeight w:val="2381"/>
          <w:jc w:val="center"/>
        </w:trPr>
        <w:tc>
          <w:tcPr>
            <w:tcW w:w="9638" w:type="dxa"/>
          </w:tcPr>
          <w:p w14:paraId="65D8F541" w14:textId="483CC0E4" w:rsidR="007512EB" w:rsidRDefault="007512EB"/>
        </w:tc>
      </w:tr>
    </w:tbl>
    <w:p w14:paraId="3FE47E8C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10E2E48D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3BD7A9AF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5B957CD5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421FE615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6B66C1A6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601FE1A2" w14:textId="77777777" w:rsidR="007512EB" w:rsidRDefault="007512EB">
            <w:pPr>
              <w:spacing w:before="40" w:after="40"/>
            </w:pPr>
          </w:p>
        </w:tc>
      </w:tr>
    </w:tbl>
    <w:p w14:paraId="5CCA927D" w14:textId="77777777" w:rsidR="007512EB" w:rsidRDefault="007512EB">
      <w:pPr>
        <w:spacing w:after="0"/>
      </w:pPr>
    </w:p>
    <w:p w14:paraId="62629D99" w14:textId="77777777" w:rsidR="007512EB" w:rsidRDefault="00000000">
      <w:pPr>
        <w:spacing w:before="160" w:after="60"/>
        <w:rPr>
          <w:lang w:eastAsia="ko-KR"/>
        </w:rPr>
      </w:pPr>
      <w:r>
        <w:rPr>
          <w:b/>
          <w:sz w:val="21"/>
          <w:lang w:eastAsia="ko-KR"/>
        </w:rPr>
        <w:t>4. 발송 이력 (팩스·카카오)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51C048EB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7C44EEC3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7B88BC87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PGI_FAXTRAN, MJ_MSG_DATA(MSG_TYPE 8·9)</w:t>
            </w:r>
          </w:p>
        </w:tc>
        <w:tc>
          <w:tcPr>
            <w:tcW w:w="964" w:type="dxa"/>
            <w:shd w:val="clear" w:color="auto" w:fill="F2F2F2"/>
          </w:tcPr>
          <w:p w14:paraId="47B5737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171B6FC7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129BED14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02E2CC32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58BA4666" w14:textId="77777777" w:rsidR="007512EB" w:rsidRDefault="007512EB">
      <w:pPr>
        <w:spacing w:after="0"/>
      </w:pPr>
    </w:p>
    <w:p w14:paraId="7D2B9E87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1199F98E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0D6D9B54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40ECA9C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SELECT '팩스 발송' AS `점검항목`,</w:t>
            </w:r>
          </w:p>
          <w:p w14:paraId="5239FCF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SUM(SendDate &gt;= @m) AS `당월건수`, NULL AS `당월건수2`,</w:t>
            </w:r>
          </w:p>
          <w:p w14:paraId="15AAD9D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SUM(SendDate &lt;  @m) AS `전월건수`,</w:t>
            </w:r>
          </w:p>
          <w:p w14:paraId="5672D5F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SUM(SendDate &gt;= @m) = 0 THEN '확인필요(0건)' ELSE '정상' END AS `판정`</w:t>
            </w:r>
          </w:p>
          <w:p w14:paraId="0E87DAB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FROM PGI_FAXTRAN</w:t>
            </w:r>
          </w:p>
          <w:p w14:paraId="0CDEAB3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WHERE SendDate &gt;= DATE_SUB(@m, INTERVAL 1 MONTH)</w:t>
            </w:r>
          </w:p>
          <w:p w14:paraId="555A7BA6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AND SendDate &lt;  DATE_ADD(@m, INTERVAL 1 MONTH)</w:t>
            </w:r>
          </w:p>
          <w:p w14:paraId="0B466B0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UNION ALL</w:t>
            </w:r>
          </w:p>
          <w:p w14:paraId="27845EE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SELECT '카카오 발송(알림톡·친구톡)',</w:t>
            </w:r>
          </w:p>
          <w:p w14:paraId="1C38C33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SUM(REQ_DATE &gt;= @m AND MSG_TYPE = 8),   -- 알림톡(당월)</w:t>
            </w:r>
          </w:p>
          <w:p w14:paraId="48A5066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SUM(REQ_DATE &gt;= @m AND MSG_TYPE = 9),   -- 친구톡(당월)</w:t>
            </w:r>
          </w:p>
          <w:p w14:paraId="7DF31120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SUM(REQ_DATE &lt;  @m),                    -- 전월합계</w:t>
            </w:r>
          </w:p>
          <w:p w14:paraId="70E500E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SUM(REQ_DATE &gt;= @m) = 0 THEN '확인필요(0건)' ELSE '정상' END</w:t>
            </w:r>
          </w:p>
          <w:p w14:paraId="1C6120CC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FROM MJ_MSG_DATA</w:t>
            </w:r>
          </w:p>
          <w:p w14:paraId="5533FB7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WHERE MSG_TYPE IN (8, 9)   -- 8: 카카오 알림톡, 9: 카카오 친구톡</w:t>
            </w:r>
          </w:p>
          <w:p w14:paraId="4642D76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AND REQ_DATE &gt;= DATE_SUB(@m, INTERVAL 1 MONTH)</w:t>
            </w:r>
          </w:p>
          <w:p w14:paraId="0D4E55B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AND REQ_DATE &lt;  DATE_ADD(@m, INTERVAL 1 MONTH);</w:t>
            </w:r>
          </w:p>
          <w:p w14:paraId="113B62BE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카카오 발송은 별도 테이블이 아니라 MJ_MSG_DATA에 MSG_TYPE(8·9)으로 구분 저장됨</w:t>
            </w:r>
          </w:p>
          <w:p w14:paraId="2E47BFE8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팩스 미사용 시 팩스 행은 0건 → '확인필요(0건)'로 표시되며, 조치·비고에 '미사용' 기재</w:t>
            </w:r>
          </w:p>
        </w:tc>
      </w:tr>
    </w:tbl>
    <w:p w14:paraId="5B0780FF" w14:textId="77777777" w:rsidR="007512EB" w:rsidRDefault="007512EB">
      <w:pPr>
        <w:spacing w:after="0"/>
        <w:rPr>
          <w:lang w:eastAsia="ko-KR"/>
        </w:rPr>
      </w:pPr>
    </w:p>
    <w:p w14:paraId="49EC8A42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736DB9BC" w14:textId="77777777">
        <w:trPr>
          <w:trHeight w:val="2381"/>
          <w:jc w:val="center"/>
        </w:trPr>
        <w:tc>
          <w:tcPr>
            <w:tcW w:w="9638" w:type="dxa"/>
          </w:tcPr>
          <w:p w14:paraId="1280D4BB" w14:textId="46D86AB5" w:rsidR="007512EB" w:rsidRDefault="007512EB"/>
        </w:tc>
      </w:tr>
    </w:tbl>
    <w:p w14:paraId="537B5D27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673E613A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3EB184C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lastRenderedPageBreak/>
              <w:t>판정 확인</w:t>
            </w:r>
          </w:p>
        </w:tc>
        <w:tc>
          <w:tcPr>
            <w:tcW w:w="7370" w:type="dxa"/>
          </w:tcPr>
          <w:p w14:paraId="3B3E7C96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1F4A47B2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5F24ECFF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26A4E74D" w14:textId="77777777" w:rsidR="007512EB" w:rsidRDefault="007512EB">
            <w:pPr>
              <w:spacing w:before="40" w:after="40"/>
            </w:pPr>
          </w:p>
        </w:tc>
      </w:tr>
    </w:tbl>
    <w:p w14:paraId="7FAD3F84" w14:textId="77777777" w:rsidR="007512EB" w:rsidRDefault="007512EB">
      <w:pPr>
        <w:spacing w:after="0"/>
      </w:pPr>
    </w:p>
    <w:p w14:paraId="346AB293" w14:textId="77777777" w:rsidR="007512EB" w:rsidRDefault="00000000">
      <w:pPr>
        <w:spacing w:before="160" w:after="60"/>
      </w:pPr>
      <w:r>
        <w:rPr>
          <w:b/>
          <w:sz w:val="21"/>
        </w:rPr>
        <w:t>5. 과금·결제 이력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17FC9E20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7C51828C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5E0A2A32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MJ_PG, MJ_CASH, MJ_POINT, MJ_TAX, KGM_PG</w:t>
            </w:r>
          </w:p>
        </w:tc>
        <w:tc>
          <w:tcPr>
            <w:tcW w:w="964" w:type="dxa"/>
            <w:shd w:val="clear" w:color="auto" w:fill="F2F2F2"/>
          </w:tcPr>
          <w:p w14:paraId="4701AB63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2618CC09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20582B4C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7181B4A9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5년</w:t>
            </w:r>
          </w:p>
        </w:tc>
      </w:tr>
    </w:tbl>
    <w:p w14:paraId="514AE64D" w14:textId="77777777" w:rsidR="007512EB" w:rsidRDefault="007512EB">
      <w:pPr>
        <w:spacing w:after="0"/>
      </w:pPr>
    </w:p>
    <w:p w14:paraId="4171E60C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59401E35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49933E8A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30D3085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SELECT '과금·결제' AS `점검항목`,</w:t>
            </w:r>
          </w:p>
          <w:p w14:paraId="2AF444D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t.cur AS `당월건수`, FORMAT(t.amt, 0) AS `당월금액`, t.prev AS `전월건수`,</w:t>
            </w:r>
          </w:p>
          <w:p w14:paraId="7801549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CONCAT(IFNULL(ROUND((t.cur - t.prev) / NULLIF(t.prev, 0) * 100, 1), '-'), '%') AS `증감률`,</w:t>
            </w:r>
          </w:p>
          <w:p w14:paraId="66168A4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c.cur AS `캐시변동(당월)`,</w:t>
            </w:r>
          </w:p>
          <w:p w14:paraId="09C2CD63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t.cur = 0                       THEN '확인필요(0건)'</w:t>
            </w:r>
          </w:p>
          <w:p w14:paraId="114E066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t.prev &gt; 0 AND t.cur &gt; t.prev*2 THEN '경고(급증)'</w:t>
            </w:r>
          </w:p>
          <w:p w14:paraId="7958D3DD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ELSE '정상' END AS `판정`</w:t>
            </w:r>
          </w:p>
          <w:p w14:paraId="5FC4D0CD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FROM (SELECT SUM(REG_DATE &gt;= @m) AS cur,</w:t>
            </w:r>
          </w:p>
          <w:p w14:paraId="1C8B2AB5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SUM(REG_DATE &lt;  @m) AS prev,</w:t>
            </w:r>
          </w:p>
          <w:p w14:paraId="21F21A4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SUM(CASE WHEN REG_DATE &gt;= @m THEN AMT ELSE 0 END) AS amt</w:t>
            </w:r>
          </w:p>
          <w:p w14:paraId="5FE5E170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MJ_PG</w:t>
            </w:r>
          </w:p>
          <w:p w14:paraId="11067DE0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REG_DATE &gt;= DATE_SUB(@m, INTERVAL 1 MONTH)</w:t>
            </w:r>
          </w:p>
          <w:p w14:paraId="4117BB5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REG_DATE &lt;  DATE_ADD(@m, INTERVAL 1 MONTH)) t,</w:t>
            </w:r>
          </w:p>
          <w:p w14:paraId="467ABE9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(SELECT COUNT(*) AS cur</w:t>
            </w:r>
          </w:p>
          <w:p w14:paraId="6DEE735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MJ_CASH</w:t>
            </w:r>
          </w:p>
          <w:p w14:paraId="6FCC555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FRST_REGIST_PNTTM &gt;= @m</w:t>
            </w:r>
          </w:p>
          <w:p w14:paraId="0CF3621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FRST_REGIST_PNTTM &lt; DATE_ADD(@m, INTERVAL 1 MONTH)) c;</w:t>
            </w:r>
          </w:p>
          <w:p w14:paraId="70070B0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-- ※ MJ_CASH의 일자 컬럼은 FRST_REGIST_PNTTM (REG_DATE 아님)</w:t>
            </w:r>
          </w:p>
        </w:tc>
      </w:tr>
    </w:tbl>
    <w:p w14:paraId="0BD3B67E" w14:textId="77777777" w:rsidR="007512EB" w:rsidRDefault="007512EB">
      <w:pPr>
        <w:spacing w:after="0"/>
      </w:pPr>
    </w:p>
    <w:p w14:paraId="540CAE14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77E8FFAA" w14:textId="77777777">
        <w:trPr>
          <w:trHeight w:val="2381"/>
          <w:jc w:val="center"/>
        </w:trPr>
        <w:tc>
          <w:tcPr>
            <w:tcW w:w="9638" w:type="dxa"/>
          </w:tcPr>
          <w:p w14:paraId="057F18D9" w14:textId="6433C33C" w:rsidR="007512EB" w:rsidRDefault="007512EB"/>
        </w:tc>
      </w:tr>
    </w:tbl>
    <w:p w14:paraId="40A51DDC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14A328BB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1977599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12B3BE96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44A80107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525E562A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081C66FF" w14:textId="77777777" w:rsidR="007512EB" w:rsidRDefault="007512EB">
            <w:pPr>
              <w:spacing w:before="40" w:after="40"/>
            </w:pPr>
          </w:p>
        </w:tc>
      </w:tr>
    </w:tbl>
    <w:p w14:paraId="7C3C52D0" w14:textId="77777777" w:rsidR="007512EB" w:rsidRDefault="007512EB">
      <w:pPr>
        <w:spacing w:after="0"/>
      </w:pPr>
    </w:p>
    <w:p w14:paraId="3141FDA2" w14:textId="77777777" w:rsidR="007512EB" w:rsidRDefault="00000000">
      <w:r>
        <w:br w:type="page"/>
      </w:r>
    </w:p>
    <w:p w14:paraId="4BAC044C" w14:textId="77777777" w:rsidR="007512EB" w:rsidRDefault="00000000">
      <w:pPr>
        <w:spacing w:before="280" w:after="120"/>
      </w:pPr>
      <w:r>
        <w:rPr>
          <w:b/>
          <w:color w:val="FFFFFF"/>
          <w:sz w:val="24"/>
          <w:shd w:val="clear" w:color="auto" w:fill="1F3B5C"/>
        </w:rPr>
        <w:lastRenderedPageBreak/>
        <w:t xml:space="preserve"> ②   </w:t>
      </w:r>
      <w:r>
        <w:rPr>
          <w:b/>
          <w:color w:val="1F3B5C"/>
          <w:sz w:val="24"/>
        </w:rPr>
        <w:t xml:space="preserve">  시스템 로그 점검</w:t>
      </w:r>
    </w:p>
    <w:p w14:paraId="212DA649" w14:textId="77777777" w:rsidR="007512EB" w:rsidRDefault="00000000">
      <w:pPr>
        <w:spacing w:before="160" w:after="60"/>
      </w:pPr>
      <w:r>
        <w:rPr>
          <w:b/>
          <w:sz w:val="21"/>
        </w:rPr>
        <w:t>1. 관리자 접속·행위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20D5732C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6F510DB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13882576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LETTNADMINLOG + lettnemplyrinfo (관리자 로그 화면과 동일 기준)</w:t>
            </w:r>
          </w:p>
        </w:tc>
        <w:tc>
          <w:tcPr>
            <w:tcW w:w="964" w:type="dxa"/>
            <w:shd w:val="clear" w:color="auto" w:fill="F2F2F2"/>
          </w:tcPr>
          <w:p w14:paraId="6911DCA2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6D4A189A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4E9EBF69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3B21F58A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37B00FC3" w14:textId="77777777" w:rsidR="007512EB" w:rsidRDefault="007512EB">
      <w:pPr>
        <w:spacing w:after="0"/>
      </w:pPr>
    </w:p>
    <w:p w14:paraId="78598F31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1207C7B8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1ED74576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439080AE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SELECT '관리자 접속·행위' AS `점검항목`,</w:t>
            </w:r>
          </w:p>
          <w:p w14:paraId="19A571A0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      </w:t>
            </w:r>
            <w:r>
              <w:rPr>
                <w:rFonts w:ascii="Consolas" w:eastAsia="Consolas" w:hAnsi="Consolas"/>
                <w:color w:val="333333"/>
                <w:sz w:val="17"/>
              </w:rPr>
              <w:t>t.cur AS `당월건수`, t.admins AS `접속 관리자수`,</w:t>
            </w:r>
          </w:p>
          <w:p w14:paraId="7B04B581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t.first_dt AS `최초일시`, t.last_dt AS `최종일시`, t.prev AS `전월건수`,</w:t>
            </w:r>
          </w:p>
          <w:p w14:paraId="7EB40068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CONCAT(IFNULL(ROUND((t.cur - t.prev) / NULLIF(t.prev, 0) * 100, 1), '-'), '%') AS `증감률`,</w:t>
            </w:r>
          </w:p>
          <w:p w14:paraId="5A80A15F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CASE WHEN t.cur = 0                       THEN '이상(미생성)'</w:t>
            </w:r>
          </w:p>
          <w:p w14:paraId="13BBA2A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WHEN t.prev &gt; 0 AND t.cur &gt; t.prev*2 THEN '경고(급증)'</w:t>
            </w:r>
          </w:p>
          <w:p w14:paraId="205B1AFD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ELSE '정상' END AS `판정`</w:t>
            </w:r>
          </w:p>
          <w:p w14:paraId="6227123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FROM (SELECT SUM(CREAT_DT &gt;= @m) AS cur,</w:t>
            </w:r>
          </w:p>
          <w:p w14:paraId="0FF355B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SUM(CREAT_DT &lt;  @m) AS prev,</w:t>
            </w:r>
          </w:p>
          <w:p w14:paraId="052C7074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COUNT(DISTINCT CASE WHEN CREAT_DT &gt;= @m THEN CONECT_ID END) AS admins,</w:t>
            </w:r>
          </w:p>
          <w:p w14:paraId="14E2C83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MIN(CASE WHEN CREAT_DT &gt;= @m THEN CREAT_DT END) AS first_dt,</w:t>
            </w:r>
          </w:p>
          <w:p w14:paraId="5B28AB8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    MAX(CASE WHEN CREAT_DT &gt;= @m THEN CREAT_DT END) AS last_dt</w:t>
            </w:r>
          </w:p>
          <w:p w14:paraId="4249D61A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FROM LETTNADMINLOG</w:t>
            </w:r>
          </w:p>
          <w:p w14:paraId="25A77EC9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WHERE CONECT_ID != ''</w:t>
            </w:r>
          </w:p>
          <w:p w14:paraId="25B7A89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CREAT_DT &gt;= DATE_SUB(@m, INTERVAL 1 MONTH)</w:t>
            </w:r>
          </w:p>
          <w:p w14:paraId="11CC160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 xml:space="preserve">         AND CREAT_DT &lt;  DATE_ADD(@m, INTERVAL 1 MONTH)) t;</w:t>
            </w:r>
          </w:p>
          <w:p w14:paraId="5D74FA14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관리자 화면 [로그관리 &gt; 관리자 로그] (/sym/log/clg/SelectLoginLogList.do)와 동일한</w:t>
            </w:r>
          </w:p>
          <w:p w14:paraId="6BAAC9AC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   LETTNADMINLOG 기준. 관리자별·메뉴별 상세 내역은 해당 화면에서 조회·캡처 가능</w:t>
            </w:r>
          </w:p>
        </w:tc>
      </w:tr>
    </w:tbl>
    <w:p w14:paraId="4F85979D" w14:textId="77777777" w:rsidR="007512EB" w:rsidRDefault="007512EB">
      <w:pPr>
        <w:spacing w:after="0"/>
        <w:rPr>
          <w:lang w:eastAsia="ko-KR"/>
        </w:rPr>
      </w:pPr>
    </w:p>
    <w:p w14:paraId="53163D99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722B6E82" w14:textId="77777777">
        <w:trPr>
          <w:trHeight w:val="2381"/>
          <w:jc w:val="center"/>
        </w:trPr>
        <w:tc>
          <w:tcPr>
            <w:tcW w:w="9638" w:type="dxa"/>
          </w:tcPr>
          <w:p w14:paraId="305CC62D" w14:textId="77827E4A" w:rsidR="007512EB" w:rsidRDefault="007512EB">
            <w:pPr>
              <w:spacing w:after="20"/>
              <w:rPr>
                <w:lang w:eastAsia="ko-KR"/>
              </w:rPr>
            </w:pPr>
          </w:p>
        </w:tc>
      </w:tr>
    </w:tbl>
    <w:p w14:paraId="073B59FB" w14:textId="77777777" w:rsidR="007512EB" w:rsidRDefault="007512EB">
      <w:pPr>
        <w:spacing w:after="0"/>
        <w:rPr>
          <w:lang w:eastAsia="ko-KR"/>
        </w:rPr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64DD2710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0AF7A344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593F1A34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575E1174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1330796A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45AEA0DD" w14:textId="77777777" w:rsidR="007512EB" w:rsidRDefault="007512EB">
            <w:pPr>
              <w:spacing w:before="40" w:after="40"/>
            </w:pPr>
          </w:p>
        </w:tc>
      </w:tr>
    </w:tbl>
    <w:p w14:paraId="4ED080CE" w14:textId="77777777" w:rsidR="007512EB" w:rsidRDefault="007512EB">
      <w:pPr>
        <w:spacing w:after="0"/>
      </w:pPr>
    </w:p>
    <w:p w14:paraId="2FEA4DBB" w14:textId="77777777" w:rsidR="007512EB" w:rsidRDefault="00000000">
      <w:pPr>
        <w:spacing w:before="160" w:after="60"/>
      </w:pPr>
      <w:r>
        <w:rPr>
          <w:b/>
          <w:sz w:val="21"/>
        </w:rPr>
        <w:t>2. 오류·장애 (WAS)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7F5905FC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4AB4D22E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15F000FC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tomcat1·tomcat2 표준출력(catalina.out) / log4j2</w:t>
            </w:r>
          </w:p>
        </w:tc>
        <w:tc>
          <w:tcPr>
            <w:tcW w:w="964" w:type="dxa"/>
            <w:shd w:val="clear" w:color="auto" w:fill="F2F2F2"/>
          </w:tcPr>
          <w:p w14:paraId="336287F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6606959F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파일</w:t>
            </w:r>
          </w:p>
        </w:tc>
        <w:tc>
          <w:tcPr>
            <w:tcW w:w="964" w:type="dxa"/>
            <w:shd w:val="clear" w:color="auto" w:fill="F2F2F2"/>
          </w:tcPr>
          <w:p w14:paraId="25A6E9E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0F670C8C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15479E6B" w14:textId="77777777" w:rsidR="007512EB" w:rsidRDefault="007512EB">
      <w:pPr>
        <w:spacing w:after="0"/>
      </w:pPr>
    </w:p>
    <w:p w14:paraId="77952ABC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명령어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5BD12ECD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30957385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점검 대상 월의 로그 목록(파일명·날짜·용량)만 출력 → 이 화면 캡처가 곧 증빙 (월만 바꿔서 실행)</w:t>
            </w:r>
          </w:p>
          <w:p w14:paraId="707D8DA7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ls -lh /usr/local/tomcat1/logs/*2026-08* /usr/local/tomcat2/logs/*2026-08*</w:t>
            </w:r>
          </w:p>
          <w:p w14:paraId="1BB045CB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→ catalina·localhost·localhost_access_log 일별 파일이 모두 잡힘. 날짜 빠진 일자 = 누락 의심</w:t>
            </w:r>
          </w:p>
          <w:p w14:paraId="5472359E" w14:textId="77777777" w:rsidR="007512EB" w:rsidRDefault="007512EB">
            <w:pPr>
              <w:rPr>
                <w:lang w:eastAsia="ko-KR"/>
              </w:rPr>
            </w:pPr>
          </w:p>
          <w:p w14:paraId="3C7FC311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(선택) 오류·장애 급증이 의심될 때만 추가 실행</w:t>
            </w:r>
          </w:p>
          <w:p w14:paraId="0C6B46C2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grep -c "ERROR" /usr/local/tomcat1/logs/catalina.out /usr/local/tomcat2/logs/catalina.out</w:t>
            </w:r>
          </w:p>
          <w:p w14:paraId="0A864351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※ 운영 WAS는 tomcat1·tomcat2 이중화 — 두 인스턴스 모두 포함</w:t>
            </w:r>
          </w:p>
        </w:tc>
      </w:tr>
    </w:tbl>
    <w:p w14:paraId="02FD470B" w14:textId="77777777" w:rsidR="007512EB" w:rsidRDefault="007512EB">
      <w:pPr>
        <w:spacing w:after="0"/>
        <w:rPr>
          <w:lang w:eastAsia="ko-KR"/>
        </w:rPr>
      </w:pPr>
    </w:p>
    <w:p w14:paraId="499B18EF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677CE8B7" w14:textId="77777777">
        <w:trPr>
          <w:trHeight w:val="2381"/>
          <w:jc w:val="center"/>
        </w:trPr>
        <w:tc>
          <w:tcPr>
            <w:tcW w:w="9638" w:type="dxa"/>
          </w:tcPr>
          <w:p w14:paraId="5E185B8C" w14:textId="30D5B36F" w:rsidR="007512EB" w:rsidRDefault="007512EB"/>
        </w:tc>
      </w:tr>
    </w:tbl>
    <w:p w14:paraId="3DF8B309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30DF968F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08F93218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5B0383AE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0B0D59F1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0C9FB874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6673FF13" w14:textId="77777777" w:rsidR="007512EB" w:rsidRDefault="007512EB">
            <w:pPr>
              <w:spacing w:before="40" w:after="40"/>
            </w:pPr>
          </w:p>
        </w:tc>
      </w:tr>
    </w:tbl>
    <w:p w14:paraId="1A6AE42A" w14:textId="77777777" w:rsidR="007512EB" w:rsidRDefault="007512EB">
      <w:pPr>
        <w:spacing w:after="0"/>
        <w:rPr>
          <w:rFonts w:hint="eastAsia"/>
          <w:lang w:eastAsia="ko-KR"/>
        </w:rPr>
      </w:pPr>
    </w:p>
    <w:p w14:paraId="29C34EEF" w14:textId="77777777" w:rsidR="007512EB" w:rsidRDefault="00000000">
      <w:pPr>
        <w:spacing w:before="160" w:after="60"/>
      </w:pPr>
      <w:r>
        <w:rPr>
          <w:b/>
          <w:sz w:val="21"/>
        </w:rPr>
        <w:t>3. 개인정보 처리 이력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2248BD13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44B7E3AB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5DA5DD7A" w14:textId="77777777" w:rsidR="007512EB" w:rsidRDefault="00000000">
            <w:pPr>
              <w:spacing w:before="40" w:after="40"/>
            </w:pPr>
            <w:r>
              <w:rPr>
                <w:rFonts w:ascii="맑은 고딕" w:hAnsi="맑은 고딕" w:eastAsia="맑은 고딕"/>
                <w:b w:val="0"/>
                <w:sz w:val="18"/>
              </w:rPr>
              <w:t>personal_information_log (개인정보 처리 이력 전용 · 2026-08 신설)</w:t>
            </w:r>
          </w:p>
        </w:tc>
        <w:tc>
          <w:tcPr>
            <w:tcW w:w="964" w:type="dxa"/>
            <w:shd w:val="clear" w:color="auto" w:fill="F2F2F2"/>
          </w:tcPr>
          <w:p w14:paraId="3F2E80AA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760AD072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DB</w:t>
            </w:r>
          </w:p>
        </w:tc>
        <w:tc>
          <w:tcPr>
            <w:tcW w:w="964" w:type="dxa"/>
            <w:shd w:val="clear" w:color="auto" w:fill="F2F2F2"/>
          </w:tcPr>
          <w:p w14:paraId="17EBABB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47264598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 (해당 시 2년)</w:t>
            </w:r>
          </w:p>
        </w:tc>
      </w:tr>
    </w:tbl>
    <w:p w14:paraId="5B8A481C" w14:textId="77777777" w:rsidR="007512EB" w:rsidRDefault="007512EB">
      <w:pPr>
        <w:spacing w:after="0"/>
      </w:pPr>
    </w:p>
    <w:p w14:paraId="62FD3B94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SQL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27448992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27E37BB4" w14:textId="77777777" w:rsidR="007512EB" w:rsidRDefault="00000000">
            <w:pPr>
              <w:spacing w:after="0" w:before="0"/>
              <w:rPr>
                <w:lang w:eastAsia="ko-KR"/>
              </w:rPr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>SET @m := '2026-08-01';  -- ★ 점검 대상 월의 1일 (이 줄만 수정)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>SELECT '개인정보 처리 이력' AS `점검항목`,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COUNT(*)                 AS `당월건수`,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SUM(ACTION = '조회')     AS `조회`,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SUM(ACTION = '수정')     AS `수정`,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SUM(ACTION = '삭제')     AS `삭제`,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SUM(ACTION = '다운로드') AS `다운로드`,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SUM(ACTION = '생성')     AS `생성`,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COUNT(DISTINCT USER_ID)  AS `처리자수`,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    CASE WHEN COUNT(*) = 0 THEN '확인필요(0건)' ELSE '정상' END AS `판정`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FROM personal_information_log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WHERE FRST_REGIST_PNTTM &gt;= @m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 xml:space="preserve">   AND FRST_REGIST_PNTTM &lt;  DATE_ADD(@m, INTERVAL 1 MONTH);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>-- ※ 개인정보 처리 이력 전용 테이블(2026-08 운영 반영, PMS #5858) — 조회·수정·삭제·다운로드 행위별 기록</w:t>
            </w:r>
          </w:p>
          <w:p>
            <w:pPr>
              <w:spacing w:after="0" w:before="0"/>
            </w:pPr>
            <w:r>
              <w:rPr>
                <w:rFonts w:ascii="Consolas" w:hAnsi="Consolas" w:eastAsia="Consolas"/>
                <w:b w:val="0"/>
                <w:color w:val="333333"/>
                <w:sz w:val="17"/>
              </w:rPr>
              <w:t>--    컬럼: USER_ID(처리자)·ACCESS_IP·URI·MENU_NM(화면명)·ACTION(행위)·TARGET(대상: 회원ID 또는 검색조건·건수)</w:t>
            </w:r>
          </w:p>
        </w:tc>
      </w:tr>
    </w:tbl>
    <w:p w14:paraId="0B5E70BF" w14:textId="77777777" w:rsidR="007512EB" w:rsidRDefault="007512EB">
      <w:pPr>
        <w:spacing w:after="0"/>
      </w:pPr>
    </w:p>
    <w:p w14:paraId="41180689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3B293A09" w14:textId="77777777">
        <w:trPr>
          <w:trHeight w:val="2381"/>
          <w:jc w:val="center"/>
        </w:trPr>
        <w:tc>
          <w:tcPr>
            <w:tcW w:w="9638" w:type="dxa"/>
          </w:tcPr>
          <w:p w14:paraId="51BF839F" w14:textId="11516C9D" w:rsidR="007512EB" w:rsidRDefault="007512EB"/>
        </w:tc>
      </w:tr>
    </w:tbl>
    <w:p w14:paraId="37A44BDA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3148A766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34FEC93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2D79B605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0FDC15E2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4B4AB5C4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0C2C0582" w14:textId="77777777" w:rsidR="007512EB" w:rsidRDefault="007512EB">
            <w:pPr>
              <w:spacing w:before="40" w:after="40"/>
            </w:pPr>
          </w:p>
        </w:tc>
      </w:tr>
    </w:tbl>
    <w:p w14:paraId="094047C9" w14:textId="77777777" w:rsidR="007512EB" w:rsidRDefault="007512EB">
      <w:pPr>
        <w:spacing w:after="0"/>
      </w:pPr>
    </w:p>
    <w:p w14:paraId="020EA4D8" w14:textId="77777777" w:rsidR="007512EB" w:rsidRDefault="00000000">
      <w:pPr>
        <w:spacing w:before="160" w:after="60"/>
      </w:pPr>
      <w:r>
        <w:rPr>
          <w:b/>
          <w:sz w:val="21"/>
        </w:rPr>
        <w:t>4. OS 접속 로그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7E5B59C6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06D69623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714A81E0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/var/log/secure, audit.log, messages, lastlog</w:t>
            </w:r>
          </w:p>
        </w:tc>
        <w:tc>
          <w:tcPr>
            <w:tcW w:w="964" w:type="dxa"/>
            <w:shd w:val="clear" w:color="auto" w:fill="F2F2F2"/>
          </w:tcPr>
          <w:p w14:paraId="526551F2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14058AE8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파일</w:t>
            </w:r>
          </w:p>
        </w:tc>
        <w:tc>
          <w:tcPr>
            <w:tcW w:w="964" w:type="dxa"/>
            <w:shd w:val="clear" w:color="auto" w:fill="F2F2F2"/>
          </w:tcPr>
          <w:p w14:paraId="33AE9F8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4D2ACF31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118FEC01" w14:textId="77777777" w:rsidR="007512EB" w:rsidRDefault="007512EB">
      <w:pPr>
        <w:spacing w:after="0"/>
      </w:pPr>
    </w:p>
    <w:p w14:paraId="595DAB91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명령어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10A8A18D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798BC545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OS 로그 파일 목록(파일명·날짜·용량)을 통째로 출력 → 이 화면 캡처가 곧 증빙</w:t>
            </w:r>
          </w:p>
          <w:p w14:paraId="021BE1FB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sudo ls -lh /var/log/secure* /var/log/messages* /var/log/audit/</w:t>
            </w:r>
          </w:p>
          <w:p w14:paraId="02B8FBAE" w14:textId="77777777" w:rsidR="007512EB" w:rsidRDefault="007512EB"/>
          <w:p w14:paraId="0D9BFD1C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(선택) 비인가 접근이 의심될 때만 추가 실행</w:t>
            </w:r>
          </w:p>
          <w:p w14:paraId="3449DCCE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sudo grep -c "Failed password" /var/log/secure</w:t>
            </w:r>
          </w:p>
        </w:tc>
      </w:tr>
    </w:tbl>
    <w:p w14:paraId="304A4FE7" w14:textId="77777777" w:rsidR="007512EB" w:rsidRDefault="007512EB">
      <w:pPr>
        <w:spacing w:after="0"/>
      </w:pPr>
    </w:p>
    <w:p w14:paraId="2DE814CE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42D6273B" w14:textId="77777777">
        <w:trPr>
          <w:trHeight w:val="2381"/>
          <w:jc w:val="center"/>
        </w:trPr>
        <w:tc>
          <w:tcPr>
            <w:tcW w:w="9638" w:type="dxa"/>
          </w:tcPr>
          <w:p w14:paraId="3B72EC0B" w14:textId="7BC07ADA" w:rsidR="007512EB" w:rsidRDefault="007512EB"/>
        </w:tc>
      </w:tr>
    </w:tbl>
    <w:p w14:paraId="2CABD5FB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3A46E7F0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573CC5F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51836F05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01235E1C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4D3CA2DA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2A4055AC" w14:textId="77777777" w:rsidR="007512EB" w:rsidRDefault="007512EB">
            <w:pPr>
              <w:spacing w:before="40" w:after="40"/>
            </w:pPr>
          </w:p>
        </w:tc>
      </w:tr>
    </w:tbl>
    <w:p w14:paraId="44DE1B9B" w14:textId="77777777" w:rsidR="007512EB" w:rsidRDefault="007512EB">
      <w:pPr>
        <w:spacing w:after="0"/>
      </w:pPr>
    </w:p>
    <w:p w14:paraId="17D5F56F" w14:textId="77777777" w:rsidR="007512EB" w:rsidRDefault="00000000">
      <w:pPr>
        <w:spacing w:before="160" w:after="60"/>
      </w:pPr>
      <w:r>
        <w:rPr>
          <w:b/>
          <w:sz w:val="21"/>
        </w:rPr>
        <w:t>5. DB 서버 로그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12EF1245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06356664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49A5AD3F" w14:textId="2C9C0C9E" w:rsidR="007512EB" w:rsidRDefault="009259F7">
            <w:pPr>
              <w:spacing w:before="40" w:after="40"/>
            </w:pPr>
            <w:r>
              <w:rPr>
                <w:sz w:val="18"/>
              </w:rPr>
              <w:t>MariaDB 오류 로그 — 현재 journald 기록 (db-new 서버)</w:t>
            </w:r>
          </w:p>
        </w:tc>
        <w:tc>
          <w:tcPr>
            <w:tcW w:w="964" w:type="dxa"/>
            <w:shd w:val="clear" w:color="auto" w:fill="F2F2F2"/>
          </w:tcPr>
          <w:p w14:paraId="73F41616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76003FC7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파일/DB</w:t>
            </w:r>
          </w:p>
        </w:tc>
        <w:tc>
          <w:tcPr>
            <w:tcW w:w="964" w:type="dxa"/>
            <w:shd w:val="clear" w:color="auto" w:fill="F2F2F2"/>
          </w:tcPr>
          <w:p w14:paraId="029BA3D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27E83968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789C901E" w14:textId="77777777" w:rsidR="007512EB" w:rsidRDefault="007512EB">
      <w:pPr>
        <w:spacing w:after="0"/>
      </w:pPr>
    </w:p>
    <w:p w14:paraId="70FE0333" w14:textId="77777777" w:rsidR="009259F7" w:rsidRDefault="009259F7" w:rsidP="009259F7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명령어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14E8AA41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186A5E9E" w14:textId="77777777" w:rsidR="009259F7" w:rsidRDefault="009259F7" w:rsidP="009259F7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DB 서버(db-new)에서 당월 오류·경고 기록 확인 → 이 출력 캡처 (월만 바꿔서 실행)</w:t>
            </w:r>
          </w:p>
          <w:p w14:paraId="43BC963C" w14:textId="77777777" w:rsidR="009259F7" w:rsidRDefault="009259F7" w:rsidP="009259F7">
            <w:r>
              <w:rPr>
                <w:rFonts w:ascii="Consolas" w:eastAsia="Consolas" w:hAnsi="Consolas"/>
                <w:color w:val="333333"/>
                <w:sz w:val="17"/>
              </w:rPr>
              <w:t>journalctl -u mariadb --since "2026-08-01" --until "2026-09-01" --no-pager | tail -20</w:t>
            </w:r>
          </w:p>
          <w:p w14:paraId="34DC5689" w14:textId="77777777" w:rsidR="009259F7" w:rsidRDefault="009259F7" w:rsidP="009259F7"/>
          <w:p w14:paraId="03F09E57" w14:textId="77777777" w:rsidR="009259F7" w:rsidRDefault="009259F7" w:rsidP="009259F7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※ 가이드라인 4.2 요건은 DB '오류·장애' 로그 — 현재 log_error 미설정으로 journald에 기록됨</w:t>
            </w:r>
          </w:p>
          <w:p w14:paraId="44DE0813" w14:textId="40F7178B" w:rsidR="007512EB" w:rsidRDefault="009259F7" w:rsidP="009259F7">
            <w:r>
              <w:rPr>
                <w:rFonts w:ascii="Consolas" w:eastAsia="Consolas" w:hAnsi="Consolas"/>
                <w:color w:val="333333"/>
                <w:sz w:val="17"/>
              </w:rPr>
              <w:t># ※ log_error 파일 지정(/var/log/mariadb/) 후에는 ls -lh /var/log/mariadb/ 캡처로 대체</w:t>
            </w:r>
          </w:p>
        </w:tc>
      </w:tr>
    </w:tbl>
    <w:p w14:paraId="3CD841ED" w14:textId="77777777" w:rsidR="007512EB" w:rsidRDefault="007512EB">
      <w:pPr>
        <w:spacing w:after="0"/>
      </w:pPr>
    </w:p>
    <w:p w14:paraId="4F65F16C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2B4B3B33" w14:textId="77777777">
        <w:trPr>
          <w:trHeight w:val="2154"/>
          <w:jc w:val="center"/>
        </w:trPr>
        <w:tc>
          <w:tcPr>
            <w:tcW w:w="9638" w:type="dxa"/>
          </w:tcPr>
          <w:p w14:paraId="14EB8B49" w14:textId="0E214E64" w:rsidR="007512EB" w:rsidRDefault="007512EB"/>
        </w:tc>
      </w:tr>
    </w:tbl>
    <w:p w14:paraId="002AD88A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58104471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06C1E4C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57725413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21A620B0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031E9505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47479EDB" w14:textId="77777777" w:rsidR="007512EB" w:rsidRDefault="007512EB">
            <w:pPr>
              <w:spacing w:before="40" w:after="40"/>
            </w:pPr>
          </w:p>
        </w:tc>
      </w:tr>
    </w:tbl>
    <w:p w14:paraId="7D40C458" w14:textId="77777777" w:rsidR="007512EB" w:rsidRDefault="007512EB">
      <w:pPr>
        <w:spacing w:after="0"/>
      </w:pPr>
    </w:p>
    <w:p w14:paraId="38B95DF4" w14:textId="77777777" w:rsidR="007512EB" w:rsidRDefault="00000000">
      <w:pPr>
        <w:spacing w:before="160" w:after="60"/>
      </w:pPr>
      <w:r>
        <w:rPr>
          <w:b/>
          <w:sz w:val="21"/>
        </w:rPr>
        <w:t>6. API 서버 로그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4"/>
        <w:gridCol w:w="3402"/>
        <w:gridCol w:w="964"/>
        <w:gridCol w:w="1871"/>
        <w:gridCol w:w="964"/>
        <w:gridCol w:w="1474"/>
      </w:tblGrid>
      <w:tr w:rsidR="007512EB" w14:paraId="02F9E867" w14:textId="77777777">
        <w:trPr>
          <w:jc w:val="center"/>
        </w:trPr>
        <w:tc>
          <w:tcPr>
            <w:tcW w:w="964" w:type="dxa"/>
            <w:shd w:val="clear" w:color="auto" w:fill="F2F2F2"/>
          </w:tcPr>
          <w:p w14:paraId="3A562864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점검대상</w:t>
            </w:r>
          </w:p>
        </w:tc>
        <w:tc>
          <w:tcPr>
            <w:tcW w:w="3402" w:type="dxa"/>
          </w:tcPr>
          <w:p w14:paraId="16585A80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/data/tomcat/tomcat_api_9100_2023_0711/logs (logback 일별 롤링)</w:t>
            </w:r>
          </w:p>
        </w:tc>
        <w:tc>
          <w:tcPr>
            <w:tcW w:w="964" w:type="dxa"/>
            <w:shd w:val="clear" w:color="auto" w:fill="F2F2F2"/>
          </w:tcPr>
          <w:p w14:paraId="56948FA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저장위치</w:t>
            </w:r>
          </w:p>
        </w:tc>
        <w:tc>
          <w:tcPr>
            <w:tcW w:w="1871" w:type="dxa"/>
          </w:tcPr>
          <w:p w14:paraId="1C56F6FF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파일</w:t>
            </w:r>
          </w:p>
        </w:tc>
        <w:tc>
          <w:tcPr>
            <w:tcW w:w="964" w:type="dxa"/>
            <w:shd w:val="clear" w:color="auto" w:fill="F2F2F2"/>
          </w:tcPr>
          <w:p w14:paraId="4F4E5081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8"/>
              </w:rPr>
              <w:t>보관기간</w:t>
            </w:r>
          </w:p>
        </w:tc>
        <w:tc>
          <w:tcPr>
            <w:tcW w:w="1474" w:type="dxa"/>
          </w:tcPr>
          <w:p w14:paraId="0A7343BA" w14:textId="77777777" w:rsidR="007512EB" w:rsidRDefault="00000000">
            <w:pPr>
              <w:spacing w:before="40" w:after="40"/>
            </w:pPr>
            <w:r>
              <w:rPr>
                <w:sz w:val="18"/>
              </w:rPr>
              <w:t>1년 이상</w:t>
            </w:r>
          </w:p>
        </w:tc>
      </w:tr>
    </w:tbl>
    <w:p w14:paraId="485562E0" w14:textId="77777777" w:rsidR="007512EB" w:rsidRDefault="007512EB">
      <w:pPr>
        <w:spacing w:after="0"/>
      </w:pPr>
    </w:p>
    <w:p w14:paraId="0EBF12B5" w14:textId="77777777" w:rsidR="007512EB" w:rsidRDefault="00000000">
      <w:pPr>
        <w:spacing w:before="40" w:after="40"/>
        <w:rPr>
          <w:lang w:eastAsia="ko-KR"/>
        </w:rPr>
      </w:pPr>
      <w:r>
        <w:rPr>
          <w:b/>
          <w:sz w:val="19"/>
          <w:lang w:eastAsia="ko-KR"/>
        </w:rPr>
        <w:t>▸ 점검 명령어 (실행 후 결과 그리드를 그대로 캡처)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0D5C4E59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533D6060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당월 로그 파일 목록(일별 파일명·날짜·용량)을 통째로 출력 → 이 화면 캡처가 곧 증빙</w:t>
            </w:r>
          </w:p>
          <w:p w14:paraId="74A72CAC" w14:textId="77777777" w:rsidR="007512EB" w:rsidRDefault="00000000">
            <w:r>
              <w:rPr>
                <w:rFonts w:ascii="Consolas" w:eastAsia="Consolas" w:hAnsi="Consolas"/>
                <w:color w:val="333333"/>
                <w:sz w:val="17"/>
              </w:rPr>
              <w:t>ls -lh /data/tomcat/tomcat_api_9100_2023_0711/logs/logback-2026-08-*.log</w:t>
            </w:r>
          </w:p>
          <w:p w14:paraId="4C69AE9B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# ※ logback-YYYY-MM-DD.0.log 일별 롤링 — 목록에서 날짜가 빠진 일자 = 누락 의심 (월만 바꿔서 실행)</w:t>
            </w:r>
          </w:p>
        </w:tc>
      </w:tr>
    </w:tbl>
    <w:p w14:paraId="29365E3C" w14:textId="77777777" w:rsidR="007512EB" w:rsidRDefault="007512EB">
      <w:pPr>
        <w:spacing w:after="0"/>
        <w:rPr>
          <w:lang w:eastAsia="ko-KR"/>
        </w:rPr>
      </w:pPr>
    </w:p>
    <w:p w14:paraId="25C9FC97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05713E64" w14:textId="77777777">
        <w:trPr>
          <w:trHeight w:val="2381"/>
          <w:jc w:val="center"/>
        </w:trPr>
        <w:tc>
          <w:tcPr>
            <w:tcW w:w="9638" w:type="dxa"/>
          </w:tcPr>
          <w:p w14:paraId="50EBE9B2" w14:textId="223609C3" w:rsidR="007512EB" w:rsidRDefault="007512EB"/>
        </w:tc>
      </w:tr>
    </w:tbl>
    <w:p w14:paraId="647324F1" w14:textId="77777777" w:rsidR="007512EB" w:rsidRDefault="007512EB">
      <w:pPr>
        <w:spacing w:after="0"/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692DBB00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305D2E9B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01D1D039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09063EE9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1A6BD3DC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35AB55C5" w14:textId="77777777" w:rsidR="007512EB" w:rsidRDefault="007512EB">
            <w:pPr>
              <w:spacing w:before="40" w:after="40"/>
            </w:pPr>
          </w:p>
        </w:tc>
      </w:tr>
    </w:tbl>
    <w:p w14:paraId="4FA82A0A" w14:textId="77777777" w:rsidR="007512EB" w:rsidRDefault="007512EB">
      <w:pPr>
        <w:spacing w:after="0"/>
      </w:pPr>
    </w:p>
    <w:p w14:paraId="195F7994" w14:textId="77777777" w:rsidR="007512EB" w:rsidRDefault="00000000">
      <w:pPr>
        <w:spacing w:before="280" w:after="120"/>
      </w:pPr>
      <w:r>
        <w:rPr>
          <w:b/>
          <w:color w:val="FFFFFF"/>
          <w:sz w:val="24"/>
          <w:shd w:val="clear" w:color="auto" w:fill="1F3B5C"/>
        </w:rPr>
        <w:t xml:space="preserve"> ③   </w:t>
      </w:r>
      <w:r>
        <w:rPr>
          <w:b/>
          <w:color w:val="1F3B5C"/>
          <w:sz w:val="24"/>
        </w:rPr>
        <w:t xml:space="preserve">  이상징후 점검</w:t>
      </w:r>
    </w:p>
    <w:p w14:paraId="7EC7E839" w14:textId="77777777" w:rsidR="007512EB" w:rsidRDefault="00000000">
      <w:pPr>
        <w:spacing w:after="80"/>
        <w:rPr>
          <w:lang w:eastAsia="ko-KR"/>
        </w:rPr>
      </w:pPr>
      <w:r>
        <w:rPr>
          <w:sz w:val="19"/>
          <w:lang w:eastAsia="ko-KR"/>
        </w:rPr>
        <w:t>아래 쿼리 하나를 실행하면 이상징후 자동 점검 항목별 결과·판정이 표로 나온다. 결과 그리드를 그대로 캡처하여 첨부하고, 경고·이상 행은 ④ 후속조치 기록에 기재한다.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2FD005C1" w14:textId="77777777">
        <w:trPr>
          <w:jc w:val="center"/>
        </w:trPr>
        <w:tc>
          <w:tcPr>
            <w:tcW w:w="9638" w:type="dxa"/>
            <w:shd w:val="clear" w:color="auto" w:fill="F5F5F0"/>
          </w:tcPr>
          <w:p w14:paraId="5624C6A8" w14:textId="77777777" w:rsidR="007512EB" w:rsidRDefault="00000000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SET @m := '2026-08-01';  -- ★ 점검 대상 월의 1일 (이 줄만 수정)</w:t>
            </w:r>
          </w:p>
          <w:p w14:paraId="4FA5D540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발송량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</w:rPr>
              <w:t>급증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`</w:t>
            </w:r>
            <w:r w:rsidRPr="00940904">
              <w:rPr>
                <w:rFonts w:cs="맑은 고딕" w:hint="eastAsia"/>
                <w:color w:val="333333"/>
                <w:sz w:val="17"/>
              </w:rPr>
              <w:t>항목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`, t.cur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`</w:t>
            </w:r>
            <w:r w:rsidRPr="00940904">
              <w:rPr>
                <w:rFonts w:cs="맑은 고딕" w:hint="eastAsia"/>
                <w:color w:val="333333"/>
                <w:sz w:val="17"/>
              </w:rPr>
              <w:t>당월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`, t.prev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`</w:t>
            </w:r>
            <w:r w:rsidRPr="00940904">
              <w:rPr>
                <w:rFonts w:cs="맑은 고딕" w:hint="eastAsia"/>
                <w:color w:val="333333"/>
                <w:sz w:val="17"/>
              </w:rPr>
              <w:t>전월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`,</w:t>
            </w:r>
          </w:p>
          <w:p w14:paraId="27F2EAD1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'</w:t>
            </w:r>
            <w:r w:rsidRPr="00940904">
              <w:rPr>
                <w:rFonts w:cs="맑은 고딕" w:hint="eastAsia"/>
                <w:color w:val="333333"/>
                <w:sz w:val="17"/>
              </w:rPr>
              <w:t>전월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</w:rPr>
              <w:t>대비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200% </w:t>
            </w:r>
            <w:r w:rsidRPr="00940904">
              <w:rPr>
                <w:rFonts w:cs="맑은 고딕" w:hint="eastAsia"/>
                <w:color w:val="333333"/>
                <w:sz w:val="17"/>
              </w:rPr>
              <w:t>초과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`</w:t>
            </w:r>
            <w:r w:rsidRPr="00940904">
              <w:rPr>
                <w:rFonts w:cs="맑은 고딕" w:hint="eastAsia"/>
                <w:color w:val="333333"/>
                <w:sz w:val="17"/>
              </w:rPr>
              <w:t>기준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`,</w:t>
            </w:r>
          </w:p>
          <w:p w14:paraId="2D27235A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CASE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t.prev &gt; 0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t.cur &gt; t.prev*2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THEN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경고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ELSE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정상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`</w:t>
            </w:r>
            <w:r w:rsidRPr="00940904">
              <w:rPr>
                <w:rFonts w:cs="맑은 고딕" w:hint="eastAsia"/>
                <w:color w:val="333333"/>
                <w:sz w:val="17"/>
              </w:rPr>
              <w:t>판정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`</w:t>
            </w:r>
          </w:p>
          <w:p w14:paraId="5183FBDA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lastRenderedPageBreak/>
              <w:t xml:space="preserve">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(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SUM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(REQ_DATE &gt;= @m)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cur,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SUM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(REQ_DATE &lt; @m)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AS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prev</w:t>
            </w:r>
          </w:p>
          <w:p w14:paraId="4F61B0F6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MJ_MSG_DATA</w:t>
            </w:r>
          </w:p>
          <w:p w14:paraId="71CEB43E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WHERE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REQ_DATE &gt;=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DATE_SUB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(@m,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INTERVAL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1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MONTH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)</w:t>
            </w:r>
          </w:p>
          <w:p w14:paraId="21E5976D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REQ_DATE &lt;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DATE_ADD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(@m,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INTERVAL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1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MONTH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)) t</w:t>
            </w:r>
          </w:p>
          <w:p w14:paraId="7FEEEF75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UNION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ALL</w:t>
            </w:r>
          </w:p>
          <w:p w14:paraId="0C656AEC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  <w:lang w:eastAsia="ko-KR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심야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(00~06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시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)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발송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건수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',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(*),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NULL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, '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전월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대비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급증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여부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확인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',</w:t>
            </w:r>
          </w:p>
          <w:p w14:paraId="29C38653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CASE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(*) &gt; 30000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THEN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경고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ELSE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정상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END</w:t>
            </w:r>
          </w:p>
          <w:p w14:paraId="4D04E688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MJ_MSG_DATA</w:t>
            </w:r>
          </w:p>
          <w:p w14:paraId="500CDB14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WHERE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REQ_DATE &gt;= @m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REQ_DATE &lt;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DATE_ADD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(@m,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INTERVAL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1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MONTH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)</w:t>
            </w:r>
          </w:p>
          <w:p w14:paraId="183D68C8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HOUR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(REQ_DATE)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BETWEEN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0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5</w:t>
            </w:r>
          </w:p>
          <w:p w14:paraId="06E98452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UNION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ALL</w:t>
            </w:r>
          </w:p>
          <w:p w14:paraId="4785F217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  <w:lang w:eastAsia="ko-KR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로그인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실패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급증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(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계정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수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)',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(*),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NULL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, '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계정당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실패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10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건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  <w:lang w:eastAsia="ko-KR"/>
              </w:rPr>
              <w:t>이상</w:t>
            </w: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>',</w:t>
            </w:r>
          </w:p>
          <w:p w14:paraId="78A52DF3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  <w:lang w:eastAsia="ko-KR"/>
              </w:rPr>
              <w:t xml:space="preserve">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CASE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(*) &gt; 0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THEN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경고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ELSE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정상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END</w:t>
            </w:r>
          </w:p>
          <w:p w14:paraId="73E0BC0F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(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LOGIN_ID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MJ_LOGIN_LOG</w:t>
            </w:r>
          </w:p>
          <w:p w14:paraId="0F9B8429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WHERE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LOGIN_YN = 'N'</w:t>
            </w:r>
          </w:p>
          <w:p w14:paraId="5C29E459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LOGIN_DT &gt;= @m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LOGIN_DT &lt;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DATE_ADD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(@m,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INTERVAL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1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MONTH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)</w:t>
            </w:r>
          </w:p>
          <w:p w14:paraId="4E2A00CC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GROUP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BY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LOGIN_ID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HAVING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(*) &gt;= 10) x</w:t>
            </w:r>
          </w:p>
          <w:p w14:paraId="3C6D837A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UNION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ALL</w:t>
            </w:r>
          </w:p>
          <w:p w14:paraId="5059B257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SELECT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차단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/</w:t>
            </w:r>
            <w:r w:rsidRPr="00940904">
              <w:rPr>
                <w:rFonts w:cs="맑은 고딕" w:hint="eastAsia"/>
                <w:color w:val="333333"/>
                <w:sz w:val="17"/>
              </w:rPr>
              <w:t>의심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IP </w:t>
            </w:r>
            <w:r w:rsidRPr="00940904">
              <w:rPr>
                <w:rFonts w:cs="맑은 고딕" w:hint="eastAsia"/>
                <w:color w:val="333333"/>
                <w:sz w:val="17"/>
              </w:rPr>
              <w:t>접근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cs="맑은 고딕" w:hint="eastAsia"/>
                <w:color w:val="333333"/>
                <w:sz w:val="17"/>
              </w:rPr>
              <w:t>건수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(*),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NULL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, '</w:t>
            </w:r>
            <w:r w:rsidRPr="00940904">
              <w:rPr>
                <w:rFonts w:cs="맑은 고딕" w:hint="eastAsia"/>
                <w:color w:val="333333"/>
                <w:sz w:val="17"/>
              </w:rPr>
              <w:t>차단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IP </w:t>
            </w:r>
            <w:r w:rsidRPr="00940904">
              <w:rPr>
                <w:rFonts w:cs="맑은 고딕" w:hint="eastAsia"/>
                <w:color w:val="333333"/>
                <w:sz w:val="17"/>
              </w:rPr>
              <w:t>접근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0</w:t>
            </w:r>
            <w:r w:rsidRPr="00940904">
              <w:rPr>
                <w:rFonts w:cs="맑은 고딕" w:hint="eastAsia"/>
                <w:color w:val="333333"/>
                <w:sz w:val="17"/>
              </w:rPr>
              <w:t>건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',</w:t>
            </w:r>
          </w:p>
          <w:p w14:paraId="1C1B9756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CASE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COUNT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(*) &gt; 0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THEN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이상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ELSE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'</w:t>
            </w:r>
            <w:r w:rsidRPr="00940904">
              <w:rPr>
                <w:rFonts w:cs="맑은 고딕" w:hint="eastAsia"/>
                <w:color w:val="333333"/>
                <w:sz w:val="17"/>
              </w:rPr>
              <w:t>정상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'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END</w:t>
            </w:r>
          </w:p>
          <w:p w14:paraId="69898F03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FROM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MJ_LOGIN_LOG L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JOIN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HACK_IP H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ON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L.LOGIN_IP = H.ACCESS_IP</w:t>
            </w:r>
          </w:p>
          <w:p w14:paraId="5D405EF3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WHERE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H.BLOCK_YN = 'Y'</w:t>
            </w:r>
          </w:p>
          <w:p w14:paraId="09876998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L.LOGIN_DT &gt;= @m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AND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L.LOGIN_DT &lt;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DATE_ADD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(@m,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INTERVAL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1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MONTH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>)</w:t>
            </w:r>
          </w:p>
          <w:p w14:paraId="2AEAB37A" w14:textId="77777777" w:rsidR="00940904" w:rsidRPr="00940904" w:rsidRDefault="00940904" w:rsidP="00940904">
            <w:pPr>
              <w:rPr>
                <w:rFonts w:ascii="Consolas" w:eastAsia="Consolas" w:hAnsi="Consolas"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UNION</w:t>
            </w:r>
            <w:r w:rsidRPr="00940904">
              <w:rPr>
                <w:rFonts w:ascii="Consolas" w:eastAsia="Consolas" w:hAnsi="Consolas"/>
                <w:color w:val="333333"/>
                <w:sz w:val="17"/>
              </w:rPr>
              <w:t xml:space="preserve">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ALL</w:t>
            </w:r>
          </w:p>
          <w:p w14:paraId="02562E67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SELECT '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관리자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심야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접속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(00~06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시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)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건수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', COUNT(*), NULL, '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업무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외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시간대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접속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  <w:lang w:eastAsia="ko-KR"/>
              </w:rPr>
              <w:t>확인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>',</w:t>
            </w:r>
          </w:p>
          <w:p w14:paraId="3F3EC543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  <w:lang w:eastAsia="ko-KR"/>
              </w:rPr>
              <w:t xml:space="preserve">       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CASE WHEN COUNT(*) &gt; 0 THEN '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</w:rPr>
              <w:t>경고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' ELSE '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</w:rPr>
              <w:t>정상</w:t>
            </w: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>' END</w:t>
            </w:r>
          </w:p>
          <w:p w14:paraId="66227CBF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 xml:space="preserve">  FROM LETTNADMINLOG a</w:t>
            </w:r>
          </w:p>
          <w:p w14:paraId="5418A153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 xml:space="preserve"> WHERE a.CONECT_ID != ''</w:t>
            </w:r>
          </w:p>
          <w:p w14:paraId="4FF1C33F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 xml:space="preserve">   AND EXISTS (SELECT 1 FROM lettnemplyrinfo c WHERE c.ESNTL_ID = a.CONECT_ID)  -- </w:t>
            </w:r>
            <w:r w:rsidRPr="00940904">
              <w:rPr>
                <w:rFonts w:cs="맑은 고딕" w:hint="eastAsia"/>
                <w:b/>
                <w:bCs/>
                <w:color w:val="333333"/>
                <w:sz w:val="17"/>
              </w:rPr>
              <w:t>관리자만</w:t>
            </w:r>
          </w:p>
          <w:p w14:paraId="08DC166A" w14:textId="77777777" w:rsidR="00940904" w:rsidRPr="00940904" w:rsidRDefault="00940904" w:rsidP="00940904">
            <w:pPr>
              <w:rPr>
                <w:rFonts w:ascii="Consolas" w:eastAsia="Consolas" w:hAnsi="Consolas"/>
                <w:b/>
                <w:bCs/>
                <w:color w:val="333333"/>
                <w:sz w:val="17"/>
              </w:rPr>
            </w:pPr>
            <w:r w:rsidRPr="00940904">
              <w:rPr>
                <w:rFonts w:ascii="Consolas" w:eastAsia="Consolas" w:hAnsi="Consolas"/>
                <w:b/>
                <w:bCs/>
                <w:color w:val="333333"/>
                <w:sz w:val="17"/>
              </w:rPr>
              <w:t xml:space="preserve">   AND a.CREAT_DT &gt;= @m AND a.CREAT_DT &lt; DATE_ADD(@m, INTERVAL 1 MONTH)</w:t>
            </w:r>
          </w:p>
          <w:p w14:paraId="02599814" w14:textId="7E54A1C4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AND HOUR(a.CREAT_DT) BETWEEN 0 AND 5</w:t>
            </w:r>
          </w:p>
          <w:p w14:paraId="6F7F4017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>UNION ALL</w:t>
            </w:r>
          </w:p>
          <w:p w14:paraId="7FCAAC69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>SELECT '발송 실패 건수', SUM(REQ_DATE &gt;= @m AND SWF = 'F'), SUM(REQ_DATE &lt; @m AND SWF = 'F'),</w:t>
            </w:r>
          </w:p>
          <w:p w14:paraId="1D45344E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    </w:t>
            </w:r>
            <w:r>
              <w:rPr>
                <w:lang w:eastAsia="ko-KR"/>
              </w:rPr>
              <w:t>'전월 대비 급증 여부 확인',</w:t>
            </w:r>
          </w:p>
          <w:p w14:paraId="02F44711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rPr>
                <w:lang w:eastAsia="ko-KR"/>
              </w:rPr>
              <w:t xml:space="preserve">       </w:t>
            </w:r>
            <w:r>
              <w:t>CASE WHEN SUM(REQ_DATE &lt; @m AND SWF = 'F') &gt; 0</w:t>
            </w:r>
          </w:p>
          <w:p w14:paraId="70570986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          AND SUM(REQ_DATE &gt;= @m AND SWF = 'F') &gt; SUM(REQ_DATE &lt; @m AND SWF = 'F') * 2</w:t>
            </w:r>
          </w:p>
          <w:p w14:paraId="56155C48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         THEN '경고' ELSE '정상' END</w:t>
            </w:r>
          </w:p>
          <w:p w14:paraId="0C8217A4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FROM MJ_MSG_DATA</w:t>
            </w:r>
          </w:p>
          <w:p w14:paraId="75D1AE1D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WHERE REQ_DATE &gt;= DATE_SUB(@m, INTERVAL 1 MONTH)</w:t>
            </w:r>
          </w:p>
          <w:p w14:paraId="08118FF1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AND REQ_DATE &lt;  DATE_ADD(@m, INTERVAL 1 MONTH)</w:t>
            </w:r>
          </w:p>
          <w:p w14:paraId="24CBB857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>UNION ALL</w:t>
            </w:r>
          </w:p>
          <w:p w14:paraId="366BA664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>SELECT '개인정보 다운로드 건수', COUNT(*), NULL, '대량(50건 초과) 여부 확인',</w:t>
            </w:r>
          </w:p>
          <w:p w14:paraId="5ADB1A6D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    CASE WHEN COUNT(*) &gt; 50 THEN '경고' ELSE '정상' END</w:t>
            </w:r>
          </w:p>
          <w:p w14:paraId="2291A81B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FROM personal_information_log</w:t>
            </w:r>
          </w:p>
          <w:p w14:paraId="48EAEBD9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WHERE ACTION = '다운로드'</w:t>
            </w:r>
          </w:p>
          <w:p w14:paraId="7766CE14" w14:textId="77777777" w:rsidR="00940904" w:rsidRDefault="00940904" w:rsidP="00940904">
            <w:pPr>
              <w:rPr>
                <w:rFonts w:ascii="Consolas" w:hAnsi="Consolas"/>
                <w:color w:val="333333"/>
                <w:sz w:val="17"/>
                <w:lang w:eastAsia="ko-KR"/>
              </w:rPr>
            </w:pPr>
            <w:r>
              <w:t xml:space="preserve">   AND FRST_REGIST_PNTTM &gt;= @m AND FRST_REGIST_PNTTM &lt; DATE_ADD(@m, INTERVAL 1 MONTH);</w:t>
            </w:r>
          </w:p>
          <w:p w14:paraId="0EECDC67" w14:textId="28D4AF66" w:rsidR="007512EB" w:rsidRDefault="00000000" w:rsidP="00940904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SWF: 발송결과(S=성공/F=실패) — 값 체계는 운영 데이터로 확인 후 조정</w:t>
            </w:r>
          </w:p>
          <w:p w14:paraId="3DFCC4D6" w14:textId="77777777" w:rsidR="007512EB" w:rsidRDefault="00000000" w:rsidP="00940904">
            <w:pPr>
              <w:rPr>
                <w:lang w:eastAsia="ko-KR"/>
              </w:rPr>
            </w:pPr>
            <w:r>
              <w:rPr>
                <w:rFonts w:ascii="Consolas" w:eastAsia="Consolas" w:hAnsi="Consolas"/>
                <w:color w:val="333333"/>
                <w:sz w:val="17"/>
                <w:lang w:eastAsia="ko-KR"/>
              </w:rPr>
              <w:t>-- ※ 임계치(심야 30,000건·실패 10건·다운로드 50건 등)는 운영 기준으로 조정, 조정 시 사유 기재</w:t>
            </w:r>
          </w:p>
        </w:tc>
      </w:tr>
    </w:tbl>
    <w:p w14:paraId="5A7988A4" w14:textId="77777777" w:rsidR="007512EB" w:rsidRDefault="007512EB">
      <w:pPr>
        <w:spacing w:after="0"/>
        <w:rPr>
          <w:lang w:eastAsia="ko-KR"/>
        </w:rPr>
      </w:pPr>
    </w:p>
    <w:p w14:paraId="037BD905" w14:textId="77777777" w:rsidR="007512EB" w:rsidRDefault="00000000">
      <w:pPr>
        <w:spacing w:before="40" w:after="40"/>
      </w:pPr>
      <w:r>
        <w:rPr>
          <w:b/>
          <w:sz w:val="19"/>
        </w:rPr>
        <w:t>▸ 결과 캡처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638"/>
      </w:tblGrid>
      <w:tr w:rsidR="007512EB" w14:paraId="36F50926" w14:textId="77777777">
        <w:trPr>
          <w:trHeight w:val="2551"/>
          <w:jc w:val="center"/>
        </w:trPr>
        <w:tc>
          <w:tcPr>
            <w:tcW w:w="9638" w:type="dxa"/>
          </w:tcPr>
          <w:p w14:paraId="30292ECC" w14:textId="7274900C" w:rsidR="007512EB" w:rsidRDefault="007512EB">
            <w:pPr>
              <w:spacing w:after="20"/>
              <w:rPr>
                <w:lang w:eastAsia="ko-KR"/>
              </w:rPr>
            </w:pPr>
          </w:p>
        </w:tc>
      </w:tr>
    </w:tbl>
    <w:p w14:paraId="716CC3C1" w14:textId="77777777" w:rsidR="007512EB" w:rsidRDefault="007512EB">
      <w:pPr>
        <w:spacing w:after="0"/>
        <w:rPr>
          <w:lang w:eastAsia="ko-KR"/>
        </w:rPr>
      </w:pP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370"/>
      </w:tblGrid>
      <w:tr w:rsidR="007512EB" w14:paraId="0D0D13C4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749EB1DB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판정 확인</w:t>
            </w:r>
          </w:p>
        </w:tc>
        <w:tc>
          <w:tcPr>
            <w:tcW w:w="7370" w:type="dxa"/>
          </w:tcPr>
          <w:p w14:paraId="071A0A62" w14:textId="77777777" w:rsidR="007512EB" w:rsidRDefault="00000000">
            <w:pPr>
              <w:spacing w:before="40" w:after="40"/>
              <w:rPr>
                <w:lang w:eastAsia="ko-KR"/>
              </w:rPr>
            </w:pPr>
            <w:r>
              <w:rPr>
                <w:sz w:val="19"/>
                <w:lang w:eastAsia="ko-KR"/>
              </w:rPr>
              <w:t>정상 □   경고 □   이상 □   (쿼리 판정과 달리 판단 시 사유:                        )</w:t>
            </w:r>
          </w:p>
        </w:tc>
      </w:tr>
      <w:tr w:rsidR="007512EB" w14:paraId="694F5CBB" w14:textId="77777777">
        <w:trPr>
          <w:jc w:val="center"/>
        </w:trPr>
        <w:tc>
          <w:tcPr>
            <w:tcW w:w="2268" w:type="dxa"/>
            <w:shd w:val="clear" w:color="auto" w:fill="F2F2F2"/>
          </w:tcPr>
          <w:p w14:paraId="49BC089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조치·비고</w:t>
            </w:r>
          </w:p>
        </w:tc>
        <w:tc>
          <w:tcPr>
            <w:tcW w:w="7370" w:type="dxa"/>
          </w:tcPr>
          <w:p w14:paraId="4DA26025" w14:textId="77777777" w:rsidR="007512EB" w:rsidRDefault="007512EB">
            <w:pPr>
              <w:spacing w:before="40" w:after="40"/>
            </w:pPr>
          </w:p>
        </w:tc>
      </w:tr>
    </w:tbl>
    <w:p w14:paraId="0DA0911D" w14:textId="17EF84C1" w:rsidR="007512EB" w:rsidRDefault="00000000">
      <w:pPr>
        <w:spacing w:before="280" w:after="120"/>
        <w:rPr>
          <w:lang w:eastAsia="ko-KR"/>
        </w:rPr>
      </w:pPr>
      <w:r>
        <w:rPr>
          <w:b/>
          <w:color w:val="FFFFFF"/>
          <w:sz w:val="24"/>
          <w:shd w:val="clear" w:color="auto" w:fill="1F3B5C"/>
          <w:lang w:eastAsia="ko-KR"/>
        </w:rPr>
        <w:t xml:space="preserve">④   </w:t>
      </w:r>
      <w:r>
        <w:rPr>
          <w:b/>
          <w:color w:val="1F3B5C"/>
          <w:sz w:val="24"/>
          <w:lang w:eastAsia="ko-KR"/>
        </w:rPr>
        <w:t xml:space="preserve">  이상징후 후속조치 기록</w:t>
      </w:r>
    </w:p>
    <w:tbl>
      <w:tblPr>
        <w:tblStyle w:val="af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04"/>
        <w:gridCol w:w="1701"/>
        <w:gridCol w:w="1474"/>
        <w:gridCol w:w="1814"/>
        <w:gridCol w:w="1247"/>
        <w:gridCol w:w="1020"/>
        <w:gridCol w:w="1077"/>
      </w:tblGrid>
      <w:tr w:rsidR="007512EB" w14:paraId="5261E44B" w14:textId="77777777">
        <w:trPr>
          <w:jc w:val="center"/>
        </w:trPr>
        <w:tc>
          <w:tcPr>
            <w:tcW w:w="1304" w:type="dxa"/>
            <w:shd w:val="clear" w:color="auto" w:fill="DDE6F0"/>
          </w:tcPr>
          <w:p w14:paraId="63EBC5F9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발견일시</w:t>
            </w:r>
          </w:p>
        </w:tc>
        <w:tc>
          <w:tcPr>
            <w:tcW w:w="1701" w:type="dxa"/>
            <w:shd w:val="clear" w:color="auto" w:fill="DDE6F0"/>
          </w:tcPr>
          <w:p w14:paraId="6716C363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이상 내용</w:t>
            </w:r>
          </w:p>
        </w:tc>
        <w:tc>
          <w:tcPr>
            <w:tcW w:w="1474" w:type="dxa"/>
            <w:shd w:val="clear" w:color="auto" w:fill="DDE6F0"/>
          </w:tcPr>
          <w:p w14:paraId="6F529650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원인</w:t>
            </w:r>
          </w:p>
        </w:tc>
        <w:tc>
          <w:tcPr>
            <w:tcW w:w="1814" w:type="dxa"/>
            <w:shd w:val="clear" w:color="auto" w:fill="DDE6F0"/>
          </w:tcPr>
          <w:p w14:paraId="4E5D63BD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 내용</w:t>
            </w:r>
          </w:p>
        </w:tc>
        <w:tc>
          <w:tcPr>
            <w:tcW w:w="1247" w:type="dxa"/>
            <w:shd w:val="clear" w:color="auto" w:fill="DDE6F0"/>
          </w:tcPr>
          <w:p w14:paraId="6FC81A0E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보고</w:t>
            </w:r>
          </w:p>
          <w:p w14:paraId="6A9C8777" w14:textId="77777777" w:rsidR="007512EB" w:rsidRDefault="00000000">
            <w:pPr>
              <w:spacing w:after="40"/>
              <w:jc w:val="center"/>
            </w:pPr>
            <w:r>
              <w:rPr>
                <w:b/>
                <w:sz w:val="19"/>
              </w:rPr>
              <w:t>(담당→책임자)</w:t>
            </w:r>
          </w:p>
        </w:tc>
        <w:tc>
          <w:tcPr>
            <w:tcW w:w="1020" w:type="dxa"/>
            <w:shd w:val="clear" w:color="auto" w:fill="DDE6F0"/>
          </w:tcPr>
          <w:p w14:paraId="1205CE27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조치기한</w:t>
            </w:r>
          </w:p>
        </w:tc>
        <w:tc>
          <w:tcPr>
            <w:tcW w:w="1077" w:type="dxa"/>
            <w:shd w:val="clear" w:color="auto" w:fill="DDE6F0"/>
          </w:tcPr>
          <w:p w14:paraId="03C2738E" w14:textId="77777777" w:rsidR="007512EB" w:rsidRDefault="00000000">
            <w:pPr>
              <w:spacing w:before="40" w:after="40"/>
              <w:jc w:val="center"/>
            </w:pPr>
            <w:r>
              <w:rPr>
                <w:b/>
                <w:sz w:val="19"/>
              </w:rPr>
              <w:t>종결확인</w:t>
            </w:r>
          </w:p>
          <w:p w14:paraId="55D7C9B4" w14:textId="77777777" w:rsidR="007512EB" w:rsidRDefault="00000000">
            <w:pPr>
              <w:spacing w:after="40"/>
              <w:jc w:val="center"/>
            </w:pPr>
            <w:r>
              <w:rPr>
                <w:b/>
                <w:sz w:val="19"/>
              </w:rPr>
              <w:t>(일자/확인자)</w:t>
            </w:r>
          </w:p>
        </w:tc>
      </w:tr>
      <w:tr w:rsidR="007512EB" w14:paraId="6FFACECB" w14:textId="77777777">
        <w:trPr>
          <w:jc w:val="center"/>
        </w:trPr>
        <w:tc>
          <w:tcPr>
            <w:tcW w:w="1304" w:type="dxa"/>
          </w:tcPr>
          <w:p w14:paraId="107FEC4A" w14:textId="77777777" w:rsidR="007512EB" w:rsidRDefault="007512EB">
            <w:pPr>
              <w:spacing w:before="40" w:after="40"/>
            </w:pPr>
          </w:p>
        </w:tc>
        <w:tc>
          <w:tcPr>
            <w:tcW w:w="1701" w:type="dxa"/>
          </w:tcPr>
          <w:p w14:paraId="16987A99" w14:textId="77777777" w:rsidR="007512EB" w:rsidRDefault="007512EB">
            <w:pPr>
              <w:spacing w:before="40" w:after="40"/>
            </w:pPr>
          </w:p>
        </w:tc>
        <w:tc>
          <w:tcPr>
            <w:tcW w:w="1474" w:type="dxa"/>
          </w:tcPr>
          <w:p w14:paraId="72A3FD65" w14:textId="77777777" w:rsidR="007512EB" w:rsidRDefault="007512EB">
            <w:pPr>
              <w:spacing w:before="40" w:after="40"/>
            </w:pPr>
          </w:p>
        </w:tc>
        <w:tc>
          <w:tcPr>
            <w:tcW w:w="1814" w:type="dxa"/>
          </w:tcPr>
          <w:p w14:paraId="183D0647" w14:textId="77777777" w:rsidR="007512EB" w:rsidRDefault="007512EB">
            <w:pPr>
              <w:spacing w:before="40" w:after="40"/>
            </w:pPr>
          </w:p>
        </w:tc>
        <w:tc>
          <w:tcPr>
            <w:tcW w:w="1247" w:type="dxa"/>
          </w:tcPr>
          <w:p w14:paraId="78268B8F" w14:textId="77777777" w:rsidR="007512EB" w:rsidRDefault="007512EB">
            <w:pPr>
              <w:spacing w:before="40" w:after="40"/>
            </w:pPr>
          </w:p>
        </w:tc>
        <w:tc>
          <w:tcPr>
            <w:tcW w:w="1020" w:type="dxa"/>
          </w:tcPr>
          <w:p w14:paraId="79C4EEDF" w14:textId="77777777" w:rsidR="007512EB" w:rsidRDefault="007512EB">
            <w:pPr>
              <w:spacing w:before="40" w:after="40"/>
            </w:pPr>
          </w:p>
        </w:tc>
        <w:tc>
          <w:tcPr>
            <w:tcW w:w="1077" w:type="dxa"/>
          </w:tcPr>
          <w:p w14:paraId="130CE005" w14:textId="77777777" w:rsidR="007512EB" w:rsidRDefault="007512EB">
            <w:pPr>
              <w:spacing w:before="40" w:after="40"/>
            </w:pPr>
          </w:p>
        </w:tc>
      </w:tr>
      <w:tr w:rsidR="007512EB" w14:paraId="478A72E7" w14:textId="77777777">
        <w:trPr>
          <w:jc w:val="center"/>
        </w:trPr>
        <w:tc>
          <w:tcPr>
            <w:tcW w:w="1304" w:type="dxa"/>
          </w:tcPr>
          <w:p w14:paraId="03DC3DAE" w14:textId="77777777" w:rsidR="007512EB" w:rsidRDefault="007512EB">
            <w:pPr>
              <w:spacing w:before="40" w:after="40"/>
            </w:pPr>
          </w:p>
        </w:tc>
        <w:tc>
          <w:tcPr>
            <w:tcW w:w="1701" w:type="dxa"/>
          </w:tcPr>
          <w:p w14:paraId="33370079" w14:textId="77777777" w:rsidR="007512EB" w:rsidRDefault="007512EB">
            <w:pPr>
              <w:spacing w:before="40" w:after="40"/>
            </w:pPr>
          </w:p>
        </w:tc>
        <w:tc>
          <w:tcPr>
            <w:tcW w:w="1474" w:type="dxa"/>
          </w:tcPr>
          <w:p w14:paraId="6019E7A4" w14:textId="77777777" w:rsidR="007512EB" w:rsidRDefault="007512EB">
            <w:pPr>
              <w:spacing w:before="40" w:after="40"/>
            </w:pPr>
          </w:p>
        </w:tc>
        <w:tc>
          <w:tcPr>
            <w:tcW w:w="1814" w:type="dxa"/>
          </w:tcPr>
          <w:p w14:paraId="5CD85592" w14:textId="77777777" w:rsidR="007512EB" w:rsidRDefault="007512EB">
            <w:pPr>
              <w:spacing w:before="40" w:after="40"/>
            </w:pPr>
          </w:p>
        </w:tc>
        <w:tc>
          <w:tcPr>
            <w:tcW w:w="1247" w:type="dxa"/>
          </w:tcPr>
          <w:p w14:paraId="72579774" w14:textId="77777777" w:rsidR="007512EB" w:rsidRDefault="007512EB">
            <w:pPr>
              <w:spacing w:before="40" w:after="40"/>
            </w:pPr>
          </w:p>
        </w:tc>
        <w:tc>
          <w:tcPr>
            <w:tcW w:w="1020" w:type="dxa"/>
          </w:tcPr>
          <w:p w14:paraId="255A400B" w14:textId="77777777" w:rsidR="007512EB" w:rsidRDefault="007512EB">
            <w:pPr>
              <w:spacing w:before="40" w:after="40"/>
            </w:pPr>
          </w:p>
        </w:tc>
        <w:tc>
          <w:tcPr>
            <w:tcW w:w="1077" w:type="dxa"/>
          </w:tcPr>
          <w:p w14:paraId="1257A610" w14:textId="77777777" w:rsidR="007512EB" w:rsidRDefault="007512EB">
            <w:pPr>
              <w:spacing w:before="40" w:after="40"/>
            </w:pPr>
          </w:p>
        </w:tc>
      </w:tr>
      <w:tr w:rsidR="007512EB" w14:paraId="5C227432" w14:textId="77777777">
        <w:trPr>
          <w:jc w:val="center"/>
        </w:trPr>
        <w:tc>
          <w:tcPr>
            <w:tcW w:w="1304" w:type="dxa"/>
          </w:tcPr>
          <w:p w14:paraId="2566DF83" w14:textId="77777777" w:rsidR="007512EB" w:rsidRDefault="007512EB">
            <w:pPr>
              <w:spacing w:before="40" w:after="40"/>
            </w:pPr>
          </w:p>
        </w:tc>
        <w:tc>
          <w:tcPr>
            <w:tcW w:w="1701" w:type="dxa"/>
          </w:tcPr>
          <w:p w14:paraId="76996506" w14:textId="77777777" w:rsidR="007512EB" w:rsidRDefault="007512EB">
            <w:pPr>
              <w:spacing w:before="40" w:after="40"/>
            </w:pPr>
          </w:p>
        </w:tc>
        <w:tc>
          <w:tcPr>
            <w:tcW w:w="1474" w:type="dxa"/>
          </w:tcPr>
          <w:p w14:paraId="75C59F79" w14:textId="77777777" w:rsidR="007512EB" w:rsidRDefault="007512EB">
            <w:pPr>
              <w:spacing w:before="40" w:after="40"/>
            </w:pPr>
          </w:p>
        </w:tc>
        <w:tc>
          <w:tcPr>
            <w:tcW w:w="1814" w:type="dxa"/>
          </w:tcPr>
          <w:p w14:paraId="3983CE62" w14:textId="77777777" w:rsidR="007512EB" w:rsidRDefault="007512EB">
            <w:pPr>
              <w:spacing w:before="40" w:after="40"/>
            </w:pPr>
          </w:p>
        </w:tc>
        <w:tc>
          <w:tcPr>
            <w:tcW w:w="1247" w:type="dxa"/>
          </w:tcPr>
          <w:p w14:paraId="10914EF6" w14:textId="77777777" w:rsidR="007512EB" w:rsidRDefault="007512EB">
            <w:pPr>
              <w:spacing w:before="40" w:after="40"/>
            </w:pPr>
          </w:p>
        </w:tc>
        <w:tc>
          <w:tcPr>
            <w:tcW w:w="1020" w:type="dxa"/>
          </w:tcPr>
          <w:p w14:paraId="318EE02D" w14:textId="77777777" w:rsidR="007512EB" w:rsidRDefault="007512EB">
            <w:pPr>
              <w:spacing w:before="40" w:after="40"/>
            </w:pPr>
          </w:p>
        </w:tc>
        <w:tc>
          <w:tcPr>
            <w:tcW w:w="1077" w:type="dxa"/>
          </w:tcPr>
          <w:p w14:paraId="513AE9A6" w14:textId="77777777" w:rsidR="007512EB" w:rsidRDefault="007512EB">
            <w:pPr>
              <w:spacing w:before="40" w:after="40"/>
            </w:pPr>
          </w:p>
        </w:tc>
      </w:tr>
      <w:tr w:rsidR="007512EB" w14:paraId="2CCACFA0" w14:textId="77777777">
        <w:trPr>
          <w:jc w:val="center"/>
        </w:trPr>
        <w:tc>
          <w:tcPr>
            <w:tcW w:w="1304" w:type="dxa"/>
          </w:tcPr>
          <w:p w14:paraId="30D09BC6" w14:textId="77777777" w:rsidR="007512EB" w:rsidRDefault="007512EB">
            <w:pPr>
              <w:spacing w:before="40" w:after="40"/>
            </w:pPr>
          </w:p>
        </w:tc>
        <w:tc>
          <w:tcPr>
            <w:tcW w:w="1701" w:type="dxa"/>
          </w:tcPr>
          <w:p w14:paraId="4DF4CD33" w14:textId="77777777" w:rsidR="007512EB" w:rsidRDefault="007512EB">
            <w:pPr>
              <w:spacing w:before="40" w:after="40"/>
            </w:pPr>
          </w:p>
        </w:tc>
        <w:tc>
          <w:tcPr>
            <w:tcW w:w="1474" w:type="dxa"/>
          </w:tcPr>
          <w:p w14:paraId="4371084D" w14:textId="77777777" w:rsidR="007512EB" w:rsidRDefault="007512EB">
            <w:pPr>
              <w:spacing w:before="40" w:after="40"/>
            </w:pPr>
          </w:p>
        </w:tc>
        <w:tc>
          <w:tcPr>
            <w:tcW w:w="1814" w:type="dxa"/>
          </w:tcPr>
          <w:p w14:paraId="62584597" w14:textId="77777777" w:rsidR="007512EB" w:rsidRDefault="007512EB">
            <w:pPr>
              <w:spacing w:before="40" w:after="40"/>
            </w:pPr>
          </w:p>
        </w:tc>
        <w:tc>
          <w:tcPr>
            <w:tcW w:w="1247" w:type="dxa"/>
          </w:tcPr>
          <w:p w14:paraId="6F72A6F7" w14:textId="77777777" w:rsidR="007512EB" w:rsidRDefault="007512EB">
            <w:pPr>
              <w:spacing w:before="40" w:after="40"/>
            </w:pPr>
          </w:p>
        </w:tc>
        <w:tc>
          <w:tcPr>
            <w:tcW w:w="1020" w:type="dxa"/>
          </w:tcPr>
          <w:p w14:paraId="1C7C4E44" w14:textId="77777777" w:rsidR="007512EB" w:rsidRDefault="007512EB">
            <w:pPr>
              <w:spacing w:before="40" w:after="40"/>
            </w:pPr>
          </w:p>
        </w:tc>
        <w:tc>
          <w:tcPr>
            <w:tcW w:w="1077" w:type="dxa"/>
          </w:tcPr>
          <w:p w14:paraId="67D335FB" w14:textId="77777777" w:rsidR="007512EB" w:rsidRDefault="007512EB">
            <w:pPr>
              <w:spacing w:before="40" w:after="40"/>
            </w:pPr>
          </w:p>
        </w:tc>
      </w:tr>
    </w:tbl>
    <w:p w14:paraId="7B8C071C" w14:textId="77777777" w:rsidR="007512EB" w:rsidRDefault="007512EB">
      <w:pPr>
        <w:spacing w:after="0"/>
      </w:pPr>
    </w:p>
    <w:p w14:paraId="45F9C325" w14:textId="77777777" w:rsidR="007512EB" w:rsidRDefault="00000000">
      <w:pPr>
        <w:spacing w:before="160" w:after="80"/>
        <w:rPr>
          <w:lang w:eastAsia="ko-KR"/>
        </w:rPr>
      </w:pPr>
      <w:r>
        <w:rPr>
          <w:b/>
          <w:sz w:val="18"/>
          <w:lang w:eastAsia="ko-KR"/>
        </w:rPr>
        <w:t>◆ 판정 범례 :  정상 = 이상 없음  /  경고 = 관찰 필요  /  이상 = 조치 필요</w:t>
      </w:r>
    </w:p>
    <w:p w14:paraId="19C03397" w14:textId="77777777" w:rsidR="007512EB" w:rsidRDefault="00000000">
      <w:pPr>
        <w:spacing w:after="80"/>
        <w:rPr>
          <w:lang w:eastAsia="ko-KR"/>
        </w:rPr>
      </w:pPr>
      <w:r>
        <w:rPr>
          <w:b/>
          <w:sz w:val="18"/>
          <w:lang w:eastAsia="ko-KR"/>
        </w:rPr>
        <w:t>◆ 첨부(필수) :  각 항목의 쿼리(명령) 실행 결과 그리드 캡처 — 건수·기간·판정(또는 파일명·사이즈)이 보이도록.</w:t>
      </w:r>
    </w:p>
    <w:p w14:paraId="7D87F6D4" w14:textId="77777777" w:rsidR="007512EB" w:rsidRDefault="00000000">
      <w:pPr>
        <w:spacing w:after="80"/>
        <w:rPr>
          <w:lang w:eastAsia="ko-KR"/>
        </w:rPr>
      </w:pPr>
      <w:r>
        <w:rPr>
          <w:b/>
          <w:sz w:val="18"/>
          <w:lang w:eastAsia="ko-KR"/>
        </w:rPr>
        <w:t>◆ 보관 :  본 보고서는 Redmine 월별 이슈에 첨부하여 1년 이상 보관하며, 권한자만 접근·수정한다.</w:t>
      </w:r>
    </w:p>
    <w:sectPr w:rsidR="007512EB" w:rsidSect="00034616">
      <w:pgSz w:w="11906" w:h="16838"/>
      <w:pgMar w:top="1134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BF5C4" w14:textId="77777777" w:rsidR="00D64011" w:rsidRDefault="00D64011" w:rsidP="00E04B40">
      <w:pPr>
        <w:spacing w:after="0" w:line="240" w:lineRule="auto"/>
      </w:pPr>
      <w:r>
        <w:separator/>
      </w:r>
    </w:p>
  </w:endnote>
  <w:endnote w:type="continuationSeparator" w:id="0">
    <w:p w14:paraId="45502727" w14:textId="77777777" w:rsidR="00D64011" w:rsidRDefault="00D64011" w:rsidP="00E04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F909F" w14:textId="77777777" w:rsidR="00D64011" w:rsidRDefault="00D64011" w:rsidP="00E04B40">
      <w:pPr>
        <w:spacing w:after="0" w:line="240" w:lineRule="auto"/>
      </w:pPr>
      <w:r>
        <w:separator/>
      </w:r>
    </w:p>
  </w:footnote>
  <w:footnote w:type="continuationSeparator" w:id="0">
    <w:p w14:paraId="3CA05220" w14:textId="77777777" w:rsidR="00D64011" w:rsidRDefault="00D64011" w:rsidP="00E04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4874727">
    <w:abstractNumId w:val="8"/>
  </w:num>
  <w:num w:numId="2" w16cid:durableId="464350796">
    <w:abstractNumId w:val="6"/>
  </w:num>
  <w:num w:numId="3" w16cid:durableId="106698871">
    <w:abstractNumId w:val="5"/>
  </w:num>
  <w:num w:numId="4" w16cid:durableId="548759911">
    <w:abstractNumId w:val="4"/>
  </w:num>
  <w:num w:numId="5" w16cid:durableId="628167946">
    <w:abstractNumId w:val="7"/>
  </w:num>
  <w:num w:numId="6" w16cid:durableId="1839736815">
    <w:abstractNumId w:val="3"/>
  </w:num>
  <w:num w:numId="7" w16cid:durableId="1928466236">
    <w:abstractNumId w:val="2"/>
  </w:num>
  <w:num w:numId="8" w16cid:durableId="1473593073">
    <w:abstractNumId w:val="1"/>
  </w:num>
  <w:num w:numId="9" w16cid:durableId="165212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266C"/>
    <w:rsid w:val="00203DE6"/>
    <w:rsid w:val="0029639D"/>
    <w:rsid w:val="003030DE"/>
    <w:rsid w:val="00326F90"/>
    <w:rsid w:val="007512EB"/>
    <w:rsid w:val="009259F7"/>
    <w:rsid w:val="00940904"/>
    <w:rsid w:val="0096441E"/>
    <w:rsid w:val="009B43AD"/>
    <w:rsid w:val="00AA1D8D"/>
    <w:rsid w:val="00B47730"/>
    <w:rsid w:val="00CB0664"/>
    <w:rsid w:val="00D64011"/>
    <w:rsid w:val="00D91230"/>
    <w:rsid w:val="00E04B40"/>
    <w:rsid w:val="00FC693F"/>
    <w:rsid w:val="00FD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90ABC3"/>
  <w14:defaultImageDpi w14:val="300"/>
  <w15:docId w15:val="{95850A71-E094-4BDD-B025-532CEBE1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14</Pages>
  <Words>2509</Words>
  <Characters>14304</Characters>
  <Application>Microsoft Office Word</Application>
  <DocSecurity>0</DocSecurity>
  <Lines>119</Lines>
  <Paragraphs>33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16780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5162</cp:lastModifiedBy>
  <cp:revision>5</cp:revision>
  <dcterms:created xsi:type="dcterms:W3CDTF">2013-12-23T23:15:00Z</dcterms:created>
  <dcterms:modified xsi:type="dcterms:W3CDTF">2026-08-05T05:03:00Z</dcterms:modified>
  <cp:category/>
</cp:coreProperties>
</file>