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8F5A" w14:textId="64603727" w:rsidR="007512EB" w:rsidRDefault="00000000">
      <w:pPr>
        <w:spacing w:before="80" w:after="80"/>
        <w:jc w:val="center"/>
        <w:rPr>
          <w:lang w:eastAsia="ko-KR"/>
        </w:rPr>
      </w:pPr>
      <w:r>
        <w:rPr>
          <w:b/>
          <w:color w:val="1F3B5C"/>
          <w:sz w:val="32"/>
          <w:lang w:eastAsia="ko-KR"/>
        </w:rPr>
        <w:t>월간 로그 점검 보고서</w:t>
      </w:r>
    </w:p>
    <w:p w14:paraId="46C6409E" w14:textId="77777777" w:rsidR="007512EB" w:rsidRDefault="00000000">
      <w:pPr>
        <w:jc w:val="center"/>
        <w:rPr>
          <w:lang w:eastAsia="ko-KR"/>
        </w:rPr>
      </w:pPr>
      <w:r>
        <w:rPr>
          <w:color w:val="888888"/>
          <w:sz w:val="18"/>
          <w:lang w:eastAsia="ko-KR"/>
        </w:rPr>
        <w:t>(로그 보관 및 관리 정책 v1.3 제4장에 따른 표준 양식)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2948"/>
        <w:gridCol w:w="1418"/>
        <w:gridCol w:w="1559"/>
        <w:gridCol w:w="1387"/>
        <w:gridCol w:w="1304"/>
      </w:tblGrid>
      <w:tr w:rsidR="00BD4475" w14:paraId="133CC9A5" w14:textId="77777777" w:rsidTr="00956A8C">
        <w:trPr>
          <w:jc w:val="center"/>
        </w:trPr>
        <w:tc>
          <w:tcPr>
            <w:tcW w:w="1020" w:type="dxa"/>
            <w:shd w:val="clear" w:color="auto" w:fill="DDE6F0"/>
            <w:vAlign w:val="center"/>
          </w:tcPr>
          <w:p w14:paraId="3EA9CDD5" w14:textId="77777777" w:rsidR="00BD4475" w:rsidRDefault="00BD4475" w:rsidP="00BD4475">
            <w:pPr>
              <w:spacing w:before="40" w:after="40"/>
              <w:jc w:val="center"/>
              <w:rPr>
                <w:lang w:eastAsia="ko-KR"/>
              </w:rPr>
            </w:pPr>
            <w:r>
              <w:rPr>
                <w:b/>
                <w:sz w:val="18"/>
              </w:rPr>
              <w:t>점검</w:t>
            </w:r>
            <w:r>
              <w:rPr>
                <w:rFonts w:hint="eastAsia"/>
                <w:b/>
                <w:sz w:val="18"/>
                <w:lang w:eastAsia="ko-KR"/>
              </w:rPr>
              <w:t>일</w:t>
            </w:r>
          </w:p>
        </w:tc>
        <w:tc>
          <w:tcPr>
            <w:tcW w:w="2948" w:type="dxa"/>
            <w:vAlign w:val="center"/>
          </w:tcPr>
          <w:p w14:paraId="134A3574" w14:textId="77777777" w:rsidR="00BD4475" w:rsidRDefault="00BD4475" w:rsidP="00BD4475">
            <w:pPr>
              <w:spacing w:before="40" w:after="40"/>
              <w:jc w:val="center"/>
              <w:rPr>
                <w:lang w:eastAsia="ko-KR"/>
              </w:rPr>
            </w:pPr>
            <w:r>
              <w:rPr>
                <w:sz w:val="18"/>
              </w:rPr>
              <w:t>202  년      월      일</w:t>
            </w:r>
          </w:p>
        </w:tc>
        <w:tc>
          <w:tcPr>
            <w:tcW w:w="1418" w:type="dxa"/>
            <w:shd w:val="clear" w:color="auto" w:fill="DDE6F0"/>
            <w:vAlign w:val="center"/>
          </w:tcPr>
          <w:p w14:paraId="20F16B26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점검자</w:t>
            </w:r>
          </w:p>
        </w:tc>
        <w:tc>
          <w:tcPr>
            <w:tcW w:w="1559" w:type="dxa"/>
            <w:vAlign w:val="center"/>
          </w:tcPr>
          <w:p w14:paraId="68A859A2" w14:textId="17FAB804" w:rsidR="00BD4475" w:rsidRDefault="00BD4475" w:rsidP="00BD4475">
            <w:pPr>
              <w:spacing w:before="40" w:after="40"/>
              <w:jc w:val="center"/>
              <w:rPr>
                <w:lang w:eastAsia="ko-KR"/>
              </w:rPr>
            </w:pPr>
          </w:p>
        </w:tc>
        <w:tc>
          <w:tcPr>
            <w:tcW w:w="1387" w:type="dxa"/>
            <w:shd w:val="clear" w:color="auto" w:fill="DDE6F0"/>
            <w:vAlign w:val="center"/>
          </w:tcPr>
          <w:p w14:paraId="1D838AF9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b/>
                <w:sz w:val="18"/>
              </w:rPr>
              <w:t>검토자</w:t>
            </w:r>
          </w:p>
          <w:p w14:paraId="5A77343E" w14:textId="77777777" w:rsidR="00BD4475" w:rsidRDefault="00BD4475" w:rsidP="00BD4475">
            <w:pPr>
              <w:spacing w:after="40"/>
              <w:jc w:val="center"/>
            </w:pPr>
            <w:r>
              <w:rPr>
                <w:b/>
                <w:sz w:val="18"/>
              </w:rPr>
              <w:t>(보안책임자)</w:t>
            </w:r>
          </w:p>
        </w:tc>
        <w:tc>
          <w:tcPr>
            <w:tcW w:w="1304" w:type="dxa"/>
            <w:vAlign w:val="center"/>
          </w:tcPr>
          <w:p w14:paraId="2A1C1ACC" w14:textId="1F79743F" w:rsidR="00BD4475" w:rsidRDefault="00BD4475" w:rsidP="00BD4475">
            <w:pPr>
              <w:spacing w:before="40" w:after="40"/>
              <w:jc w:val="center"/>
            </w:pPr>
          </w:p>
        </w:tc>
      </w:tr>
      <w:tr w:rsidR="00BD4475" w14:paraId="2408CA66" w14:textId="77777777" w:rsidTr="00956A8C">
        <w:trPr>
          <w:jc w:val="center"/>
        </w:trPr>
        <w:tc>
          <w:tcPr>
            <w:tcW w:w="1020" w:type="dxa"/>
            <w:shd w:val="clear" w:color="auto" w:fill="DDE6F0"/>
            <w:vAlign w:val="center"/>
          </w:tcPr>
          <w:p w14:paraId="1E108800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b/>
                <w:sz w:val="18"/>
              </w:rPr>
              <w:t>종합판정</w:t>
            </w:r>
          </w:p>
        </w:tc>
        <w:tc>
          <w:tcPr>
            <w:tcW w:w="2948" w:type="dxa"/>
            <w:vAlign w:val="center"/>
          </w:tcPr>
          <w:p w14:paraId="7B3E1F4B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sz w:val="18"/>
              </w:rPr>
              <w:t>정상</w:t>
            </w:r>
            <w:r>
              <w:rPr>
                <w:rFonts w:hint="eastAsia"/>
                <w:sz w:val="18"/>
                <w:lang w:eastAsia="ko-KR"/>
              </w:rPr>
              <w:t xml:space="preserve"> </w:t>
            </w:r>
            <w:r>
              <w:rPr>
                <w:sz w:val="18"/>
              </w:rPr>
              <w:sym w:font="Wingdings 2" w:char="F052"/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  <w:lang w:eastAsia="ko-KR"/>
              </w:rPr>
              <w:t xml:space="preserve">     </w:t>
            </w:r>
            <w:r>
              <w:rPr>
                <w:sz w:val="18"/>
              </w:rPr>
              <w:t>경고</w:t>
            </w:r>
            <w:r>
              <w:rPr>
                <w:rFonts w:hint="eastAsia"/>
                <w:sz w:val="18"/>
                <w:lang w:eastAsia="ko-KR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sym w:font="Wingdings 2" w:char="F020"/>
            </w:r>
            <w:r>
              <w:rPr>
                <w:sz w:val="18"/>
              </w:rPr>
              <w:t xml:space="preserve">   이상 □</w:t>
            </w:r>
          </w:p>
        </w:tc>
        <w:tc>
          <w:tcPr>
            <w:tcW w:w="1418" w:type="dxa"/>
            <w:shd w:val="clear" w:color="auto" w:fill="DDE6F0"/>
            <w:vAlign w:val="center"/>
          </w:tcPr>
          <w:p w14:paraId="19438266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b/>
                <w:sz w:val="18"/>
              </w:rPr>
              <w:t>수시점검</w:t>
            </w:r>
          </w:p>
          <w:p w14:paraId="4DEE4A29" w14:textId="77777777" w:rsidR="00BD4475" w:rsidRDefault="00BD4475" w:rsidP="00BD4475">
            <w:pPr>
              <w:spacing w:after="40"/>
              <w:jc w:val="center"/>
            </w:pPr>
            <w:r>
              <w:rPr>
                <w:b/>
                <w:sz w:val="18"/>
              </w:rPr>
              <w:t>사유</w:t>
            </w:r>
          </w:p>
        </w:tc>
        <w:tc>
          <w:tcPr>
            <w:tcW w:w="1559" w:type="dxa"/>
            <w:vAlign w:val="center"/>
          </w:tcPr>
          <w:p w14:paraId="499FEF32" w14:textId="5315D951" w:rsidR="00BD4475" w:rsidRDefault="00956A8C" w:rsidP="00BD4475">
            <w:pPr>
              <w:spacing w:before="40" w:after="40"/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-</w:t>
            </w:r>
          </w:p>
        </w:tc>
        <w:tc>
          <w:tcPr>
            <w:tcW w:w="1387" w:type="dxa"/>
            <w:shd w:val="clear" w:color="auto" w:fill="DDE6F0"/>
            <w:vAlign w:val="center"/>
          </w:tcPr>
          <w:p w14:paraId="17A82503" w14:textId="77777777" w:rsidR="00BD4475" w:rsidRDefault="00BD4475" w:rsidP="00BD4475">
            <w:pPr>
              <w:spacing w:before="40" w:after="40"/>
              <w:jc w:val="center"/>
            </w:pPr>
            <w:r>
              <w:rPr>
                <w:b/>
                <w:sz w:val="18"/>
              </w:rPr>
              <w:t>소급점검</w:t>
            </w:r>
          </w:p>
          <w:p w14:paraId="28A0A162" w14:textId="77777777" w:rsidR="00BD4475" w:rsidRDefault="00BD4475" w:rsidP="00BD4475">
            <w:pPr>
              <w:spacing w:after="40"/>
              <w:jc w:val="center"/>
            </w:pPr>
            <w:r>
              <w:rPr>
                <w:b/>
                <w:sz w:val="18"/>
              </w:rPr>
              <w:t>여부</w:t>
            </w:r>
          </w:p>
        </w:tc>
        <w:tc>
          <w:tcPr>
            <w:tcW w:w="1304" w:type="dxa"/>
            <w:vAlign w:val="center"/>
          </w:tcPr>
          <w:p w14:paraId="355BF668" w14:textId="528D0FF1" w:rsidR="00BD4475" w:rsidRDefault="00BD4475" w:rsidP="00BD4475">
            <w:pPr>
              <w:spacing w:before="40" w:after="40"/>
              <w:jc w:val="center"/>
            </w:pPr>
            <w:r>
              <w:rPr>
                <w:sz w:val="18"/>
              </w:rPr>
              <w:t xml:space="preserve">Y </w:t>
            </w:r>
            <w:r w:rsidR="00956A8C">
              <w:rPr>
                <w:sz w:val="18"/>
              </w:rPr>
              <w:t>□</w:t>
            </w:r>
            <w:r>
              <w:rPr>
                <w:sz w:val="18"/>
              </w:rPr>
              <w:t xml:space="preserve"> / N </w:t>
            </w:r>
            <w:r w:rsidR="00956A8C">
              <w:rPr>
                <w:sz w:val="18"/>
              </w:rPr>
              <w:sym w:font="Wingdings 2" w:char="F052"/>
            </w:r>
          </w:p>
        </w:tc>
      </w:tr>
    </w:tbl>
    <w:p w14:paraId="00498400" w14:textId="77777777" w:rsidR="007512EB" w:rsidRDefault="007512EB">
      <w:pPr>
        <w:spacing w:after="0"/>
      </w:pPr>
    </w:p>
    <w:p w14:paraId="1F59986B" w14:textId="77777777" w:rsidR="007512EB" w:rsidRDefault="00000000">
      <w:pPr>
        <w:spacing w:before="120" w:after="80"/>
      </w:pPr>
      <w:r>
        <w:rPr>
          <w:b/>
          <w:color w:val="1F3B5C"/>
        </w:rPr>
        <w:t>■ 작성 방법</w:t>
      </w:r>
    </w:p>
    <w:p w14:paraId="4B38FEFD" w14:textId="77777777" w:rsidR="007512EB" w:rsidRDefault="00000000">
      <w:pPr>
        <w:spacing w:after="80"/>
        <w:rPr>
          <w:lang w:eastAsia="ko-KR"/>
        </w:rPr>
      </w:pPr>
      <w:r>
        <w:rPr>
          <w:sz w:val="19"/>
          <w:lang w:eastAsia="ko-KR"/>
        </w:rPr>
        <w:t>각 점검 항목의 쿼리는 당월 건수·전월 대비 증감·누락일수·판정까지 한 번에 계산하여 결과가 표 형태로 나온다. ① 쿼리 첫 줄의 SET @m 값만 점검 대상 월의 1일로 수정하고 ② 전체를 실행한 뒤 ③ 결과 그리드 화면을 그대로 캡처하여 [캡처 붙여넣기] 칸에 첨부한다. ④ 쿼리가 계산한 판정을 확인하여 체크하고, 경고·이상 시 ④후속조치 기록에 내용을 남긴다.</w:t>
      </w:r>
    </w:p>
    <w:p w14:paraId="649B0806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결과 캡처에는 실행한 쿼리와 결과 그리드가 함께 보이면 더 좋다(DBeaver·HeidiSQL 등). 컬럼·상태값·임계치는 운영 스키마 기준으로 필요 시 조정하고, 조정 시 사유를 남긴다.</w:t>
      </w:r>
    </w:p>
    <w:p w14:paraId="2A8FBF66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본 보고서의 캡처는 점검 대상 월 기준이다(가이드라인 4.3 로그 점검 대응). 이와 별개로 인증 심사 증빙용 「모든 로그 저장 기록(로그별 저장 파일 전체 목록 캡처)」은 보관 중인 전체 기간 기준으로 별도 준비한다(가이드라인 4.1·4.2 로그 보관 대응).</w:t>
      </w:r>
    </w:p>
    <w:p w14:paraId="67AE7123" w14:textId="77777777" w:rsidR="007512EB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2A3737B0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lastRenderedPageBreak/>
        <w:t xml:space="preserve"> ①   </w:t>
      </w:r>
      <w:r>
        <w:rPr>
          <w:b/>
          <w:color w:val="1F3B5C"/>
          <w:sz w:val="24"/>
          <w:lang w:eastAsia="ko-KR"/>
        </w:rPr>
        <w:t xml:space="preserve">  이용자 로그 점검</w:t>
      </w:r>
    </w:p>
    <w:p w14:paraId="23602AF7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1. 접속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4DE4BE01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3B5CF8E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78C5B871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MJ_LOGIN_LOG, HACK_IP</w:t>
            </w:r>
          </w:p>
        </w:tc>
        <w:tc>
          <w:tcPr>
            <w:tcW w:w="964" w:type="dxa"/>
            <w:shd w:val="clear" w:color="auto" w:fill="F2F2F2"/>
          </w:tcPr>
          <w:p w14:paraId="5441B0EC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72D40E5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E1F985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3D24F556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5B5A1D6E" w14:textId="77777777" w:rsidR="007512EB" w:rsidRDefault="007512EB">
      <w:pPr>
        <w:spacing w:after="0"/>
      </w:pPr>
    </w:p>
    <w:p w14:paraId="2B27E279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2DE4D34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42809CF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7F0D197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'접속 로그' AS `점검항목`,</w:t>
            </w:r>
          </w:p>
          <w:p w14:paraId="3497178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t.first_dt AS `최초일시`, t.last_dt AS `최종일시`,</w:t>
            </w:r>
          </w:p>
          <w:p w14:paraId="236EE83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t.prev AS `전월건수`,</w:t>
            </w:r>
          </w:p>
          <w:p w14:paraId="70CF731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617E8BB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DAY(LAST_DAY(@m)) - t.days AS `누락일수`,</w:t>
            </w:r>
          </w:p>
          <w:p w14:paraId="4EC320B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'이상(미생성)'</w:t>
            </w:r>
          </w:p>
          <w:p w14:paraId="2ECB8EA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DAY(LAST_DAY(@m)) &gt; t.days      THEN '경고(누락의심)'</w:t>
            </w:r>
          </w:p>
          <w:p w14:paraId="522DA6D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3C675D9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647DC2D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SUM(LOGIN_DT &gt;= @m)                          AS cur,</w:t>
            </w:r>
          </w:p>
          <w:p w14:paraId="47A7B3C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SUM(LOGIN_DT &lt;  @m)                          AS prev,</w:t>
            </w:r>
          </w:p>
          <w:p w14:paraId="07A8A9B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MIN(CASE WHEN LOGIN_DT &gt;= @m THEN LOGIN_DT END) AS first_dt,</w:t>
            </w:r>
          </w:p>
          <w:p w14:paraId="6C82C15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MAX(CASE WHEN LOGIN_DT &gt;= @m THEN LOGIN_DT END) AS last_dt,</w:t>
            </w:r>
          </w:p>
          <w:p w14:paraId="6F3F2E5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LOGIN_DT &gt;= @m THEN DATE(LOGIN_DT) END) AS days</w:t>
            </w:r>
          </w:p>
          <w:p w14:paraId="65E1D1C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MJ_LOGIN_LOG</w:t>
            </w:r>
          </w:p>
          <w:p w14:paraId="233A1AE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LOGIN_DT &gt;= DATE_SUB(@m, INTERVAL 1 MONTH)</w:t>
            </w:r>
          </w:p>
          <w:p w14:paraId="07271F0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LOGIN_DT &lt;  DATE_ADD(@m, INTERVAL 1 MONTH)) t;</w:t>
            </w:r>
          </w:p>
        </w:tc>
      </w:tr>
    </w:tbl>
    <w:p w14:paraId="25446875" w14:textId="77777777" w:rsidR="007512EB" w:rsidRDefault="007512EB">
      <w:pPr>
        <w:spacing w:after="0"/>
      </w:pPr>
    </w:p>
    <w:p w14:paraId="4C681C8F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B5F2062" w14:textId="77777777">
        <w:trPr>
          <w:trHeight w:val="2381"/>
          <w:jc w:val="center"/>
        </w:trPr>
        <w:tc>
          <w:tcPr>
            <w:tcW w:w="9638" w:type="dxa"/>
          </w:tcPr>
          <w:p w14:paraId="511C7270" w14:textId="77777777" w:rsidR="007512EB" w:rsidRDefault="00E04B40">
            <w:pPr>
              <w:spacing w:after="20"/>
            </w:pPr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1B6A2672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3FD6CAB2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251AAE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2215F7F9" w14:textId="5BF64E32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7353DE1A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2E2AF43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0E6DA5C" w14:textId="77777777" w:rsidR="007512EB" w:rsidRDefault="007512EB">
            <w:pPr>
              <w:spacing w:before="40" w:after="40"/>
            </w:pPr>
          </w:p>
        </w:tc>
      </w:tr>
    </w:tbl>
    <w:p w14:paraId="737C6DC0" w14:textId="77777777" w:rsidR="007512EB" w:rsidRDefault="007512EB">
      <w:pPr>
        <w:spacing w:after="0"/>
      </w:pPr>
    </w:p>
    <w:p w14:paraId="078B4495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2. 인증 로그 (회원가입·본인확인)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4E361E84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04D2B5E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229984D0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MJ_CERT_LOG, LETTNGNRLMBER_CERT_LOGIN_LOG_IP</w:t>
            </w:r>
          </w:p>
        </w:tc>
        <w:tc>
          <w:tcPr>
            <w:tcW w:w="964" w:type="dxa"/>
            <w:shd w:val="clear" w:color="auto" w:fill="F2F2F2"/>
          </w:tcPr>
          <w:p w14:paraId="7688D8E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AF52E3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2AFAE53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76379AAF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0D3D7A02" w14:textId="77777777" w:rsidR="007512EB" w:rsidRDefault="007512EB">
      <w:pPr>
        <w:spacing w:after="0"/>
      </w:pPr>
    </w:p>
    <w:p w14:paraId="0A7E6038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67016CD8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2D3DEE61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3BEED54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'인증 로그' AS `점검항목`,</w:t>
            </w:r>
          </w:p>
          <w:p w14:paraId="54780C8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t.ok AS `성공`, t.ng AS `실패`, t.prev AS `전월건수`,</w:t>
            </w:r>
          </w:p>
          <w:p w14:paraId="1C85A92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4EB71EA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lastRenderedPageBreak/>
              <w:t xml:space="preserve">       CASE WHEN t.cur = 0                       THEN '확인필요(0건)'</w:t>
            </w:r>
          </w:p>
          <w:p w14:paraId="621FAC3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741E484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48C8335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SUM(REGDATE &gt;= @m) AS cur,</w:t>
            </w:r>
          </w:p>
          <w:p w14:paraId="4365B51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&lt;  @m) AS prev,</w:t>
            </w:r>
          </w:p>
          <w:p w14:paraId="2FE2220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&gt;= @m AND CERT_RESULT =  'Y') AS ok,</w:t>
            </w:r>
          </w:p>
          <w:p w14:paraId="11414AF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&gt;= @m AND CERT_RESULT &lt;&gt; 'Y') AS ng</w:t>
            </w:r>
          </w:p>
          <w:p w14:paraId="10E6352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MJ_CERT_LOG</w:t>
            </w:r>
          </w:p>
          <w:p w14:paraId="6A912AC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REGDATE &gt;= DATE_SUB(@m, INTERVAL 1 MONTH)</w:t>
            </w:r>
          </w:p>
          <w:p w14:paraId="5E23BEF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REGDATE &lt;  DATE_ADD(@m, INTERVAL 1 MONTH)) t;</w:t>
            </w:r>
          </w:p>
          <w:p w14:paraId="1C619798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CERT_RESULT 성공값('Y')은 운영 코드 기준으로 조정</w:t>
            </w:r>
          </w:p>
        </w:tc>
      </w:tr>
    </w:tbl>
    <w:p w14:paraId="3CB99760" w14:textId="77777777" w:rsidR="007512EB" w:rsidRDefault="007512EB">
      <w:pPr>
        <w:spacing w:after="0"/>
        <w:rPr>
          <w:lang w:eastAsia="ko-KR"/>
        </w:rPr>
      </w:pPr>
    </w:p>
    <w:p w14:paraId="36F10FD9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149D80B" w14:textId="77777777">
        <w:trPr>
          <w:trHeight w:val="2381"/>
          <w:jc w:val="center"/>
        </w:trPr>
        <w:tc>
          <w:tcPr>
            <w:tcW w:w="9638" w:type="dxa"/>
          </w:tcPr>
          <w:p w14:paraId="58F9C6BB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08F1C4E3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18EC7516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E1AF65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2B69E7C0" w14:textId="28948D5B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3AF8FE5B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25499A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29721D0" w14:textId="77777777" w:rsidR="007512EB" w:rsidRDefault="007512EB">
            <w:pPr>
              <w:spacing w:before="40" w:after="40"/>
            </w:pPr>
          </w:p>
        </w:tc>
      </w:tr>
    </w:tbl>
    <w:p w14:paraId="7D42C212" w14:textId="77777777" w:rsidR="007512EB" w:rsidRDefault="007512EB">
      <w:pPr>
        <w:spacing w:after="0"/>
      </w:pPr>
    </w:p>
    <w:p w14:paraId="051C24A7" w14:textId="77777777" w:rsidR="005509F0" w:rsidRDefault="00000000">
      <w:pPr>
        <w:spacing w:before="160" w:after="60"/>
      </w:pPr>
      <w:r>
        <w:rPr>
          <w:b/>
          <w:sz w:val="21"/>
        </w:rPr>
        <w:t>2-1. 추가인증 로그 (2차 인증 · 신설 SECOND_AUTH_LOG)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5509F0" w14:paraId="1486479B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23B6D4BD" w14:textId="77777777" w:rsidR="005509F0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380C27BC" w14:textId="77777777" w:rsidR="005509F0" w:rsidRDefault="00000000">
            <w:pPr>
              <w:spacing w:before="40" w:after="40"/>
            </w:pPr>
            <w:r>
              <w:rPr>
                <w:sz w:val="18"/>
              </w:rPr>
              <w:t>SECOND_AUTH_LOG (2차 인증 로그 · 2026-07 신설)</w:t>
            </w:r>
          </w:p>
        </w:tc>
        <w:tc>
          <w:tcPr>
            <w:tcW w:w="964" w:type="dxa"/>
            <w:shd w:val="clear" w:color="auto" w:fill="F2F2F2"/>
          </w:tcPr>
          <w:p w14:paraId="455D1F4E" w14:textId="77777777" w:rsidR="005509F0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2086BC2B" w14:textId="77777777" w:rsidR="005509F0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6BED8660" w14:textId="77777777" w:rsidR="005509F0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1248F907" w14:textId="77777777" w:rsidR="005509F0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7E75B269" w14:textId="77777777" w:rsidR="005509F0" w:rsidRDefault="005509F0">
      <w:pPr>
        <w:spacing w:after="0"/>
      </w:pPr>
    </w:p>
    <w:p w14:paraId="044A73B0" w14:textId="77777777" w:rsidR="005509F0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5509F0" w14:paraId="67D1419C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744DF0F" w14:textId="77777777" w:rsidR="005509F0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682E1E29" w14:textId="77777777" w:rsidR="005509F0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'추가인증(2차) 로그' AS `점검항목`,</w:t>
            </w:r>
          </w:p>
          <w:p w14:paraId="4C47F152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COUNT(*) AS `당월건수`,</w:t>
            </w:r>
          </w:p>
          <w:p w14:paraId="7F01BC3D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SUM(LOGIN_RESULT = 'SUCCESS') AS `성공`, SUM(LOGIN_RESULT = 'FAIL') AS `실패`,</w:t>
            </w:r>
          </w:p>
          <w:p w14:paraId="009F6E1E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COUNT(DISTINCT TRY_LOGIN_ID) AS `시도계정수`,</w:t>
            </w:r>
          </w:p>
          <w:p w14:paraId="7F503568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MIN(FRST_REGIST_PNTTM) AS `최초일시`, MAX(FRST_REGIST_PNTTM) AS `최종일시`,</w:t>
            </w:r>
          </w:p>
          <w:p w14:paraId="431DE60C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COUNT(*) = 0 THEN '확인필요(0건)' ELSE '정상' END AS `판정`</w:t>
            </w:r>
          </w:p>
          <w:p w14:paraId="6D0F24C3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SECOND_AUTH_LOG</w:t>
            </w:r>
          </w:p>
          <w:p w14:paraId="790234D6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FRST_REGIST_PNTTM &gt;= @m</w:t>
            </w:r>
          </w:p>
          <w:p w14:paraId="64B1FA70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FRST_REGIST_PNTTM &lt; DATE_ADD(@m, INTERVAL 1 MONTH);</w:t>
            </w:r>
          </w:p>
          <w:p w14:paraId="1AE18EE7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>-- ※ 컬럼: LOGIN_RESULT(성공/실패)·AUTH_STEP(인증단계)·TRY_LOGIN_ID(시도계정)·REASON·ACCESS_IP·MSG_ID 등</w:t>
            </w:r>
          </w:p>
          <w:p w14:paraId="5A340331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>-- ※ LOGIN_RESULT: SUCCESS/FAIL · AUTH_STEP: SECONDARY(2차 인증)</w:t>
            </w:r>
          </w:p>
          <w:p w14:paraId="186B4F63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>-- ※ 적재 개시 월부터 점검 적용, 전월 대비 비교는 2개월차부터 기재</w:t>
            </w:r>
          </w:p>
        </w:tc>
      </w:tr>
    </w:tbl>
    <w:p w14:paraId="61CEE3CC" w14:textId="77777777" w:rsidR="005509F0" w:rsidRDefault="005509F0">
      <w:pPr>
        <w:spacing w:after="0"/>
      </w:pPr>
    </w:p>
    <w:p w14:paraId="5905F90D" w14:textId="77777777" w:rsidR="005509F0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5509F0" w14:paraId="6BD1EE29" w14:textId="77777777">
        <w:trPr>
          <w:trHeight w:val="2381"/>
          <w:jc w:val="center"/>
        </w:trPr>
        <w:tc>
          <w:tcPr>
            <w:tcW w:w="9638" w:type="dxa"/>
          </w:tcPr>
          <w:p w14:paraId="7EF4AE93" w14:textId="77777777" w:rsidR="005509F0" w:rsidRDefault="005B2529">
            <w:pPr>
              <w:rPr>
                <w:lang w:eastAsia="ko-KR"/>
              </w:rPr>
            </w:pPr>
            <w:r>
              <w:rPr>
                <w:color w:val="888888"/>
                <w:sz w:val="18"/>
                <w:szCs w:val="18"/>
              </w:rPr>
              <w:lastRenderedPageBreak/>
              <w:t>[캡처 붙여넣기]</w:t>
            </w:r>
          </w:p>
          <w:p w14:paraId="4D7A60A4" w14:textId="77777777" w:rsidR="005B2529" w:rsidRDefault="005B2529">
            <w:pPr>
              <w:rPr>
                <w:lang w:eastAsia="ko-KR"/>
              </w:rPr>
            </w:pPr>
          </w:p>
          <w:p w14:paraId="39722A6A" w14:textId="419C5690" w:rsidR="005B2529" w:rsidRDefault="005B2529">
            <w:pPr>
              <w:rPr>
                <w:lang w:eastAsia="ko-KR"/>
              </w:rPr>
            </w:pPr>
          </w:p>
        </w:tc>
      </w:tr>
    </w:tbl>
    <w:p w14:paraId="6FAA89F0" w14:textId="77777777" w:rsidR="005509F0" w:rsidRDefault="005509F0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5509F0" w14:paraId="3894C062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7C7A9D84" w14:textId="77777777" w:rsidR="005509F0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06F9CF5C" w14:textId="03244AD5" w:rsidR="005509F0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5509F0" w14:paraId="32A747B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DA53FC6" w14:textId="77777777" w:rsidR="005509F0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078C7669" w14:textId="77777777" w:rsidR="005509F0" w:rsidRDefault="005509F0">
            <w:pPr>
              <w:spacing w:before="40" w:after="40"/>
            </w:pPr>
          </w:p>
        </w:tc>
      </w:tr>
    </w:tbl>
    <w:p w14:paraId="567688A6" w14:textId="77777777" w:rsidR="005509F0" w:rsidRDefault="005509F0">
      <w:pPr>
        <w:spacing w:after="0"/>
      </w:pPr>
    </w:p>
    <w:p w14:paraId="1C65345B" w14:textId="77777777" w:rsidR="007512EB" w:rsidRDefault="00000000">
      <w:pPr>
        <w:spacing w:before="160" w:after="60"/>
      </w:pPr>
      <w:r>
        <w:rPr>
          <w:b/>
          <w:sz w:val="21"/>
        </w:rPr>
        <w:t>3. 문자 발송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232689C2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19637A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2AE3305B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MJ_MSG_GROUP_DATA, MJ_MSG_DATA</w:t>
            </w:r>
          </w:p>
        </w:tc>
        <w:tc>
          <w:tcPr>
            <w:tcW w:w="964" w:type="dxa"/>
            <w:shd w:val="clear" w:color="auto" w:fill="F2F2F2"/>
          </w:tcPr>
          <w:p w14:paraId="68C2EF9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96E8093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3F473F8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2B5CD365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187F9692" w14:textId="77777777" w:rsidR="007512EB" w:rsidRDefault="007512EB">
      <w:pPr>
        <w:spacing w:after="0"/>
      </w:pPr>
    </w:p>
    <w:p w14:paraId="71C01044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7D4CB53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703CE781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6B8A21C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'문자 발송 이력' AS `점검항목`,</w:t>
            </w:r>
          </w:p>
          <w:p w14:paraId="2D3F522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m.cur AS `발송건수(당월)`, g.cur AS `그룹건수(당월)`, m.prev AS `발송건수(전월)`,</w:t>
            </w:r>
          </w:p>
          <w:p w14:paraId="71402B5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CONCAT(IFNULL(ROUND((m.cur - m.prev) / NULLIF(m.prev, 0) * 100, 1), '-'), '%') AS `증감률`,</w:t>
            </w:r>
          </w:p>
          <w:p w14:paraId="45CB7BC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DAY(LAST_DAY(@m)) - m.days AS `누락일수`,</w:t>
            </w:r>
          </w:p>
          <w:p w14:paraId="2A584CB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m.cur = 0                       THEN '이상(미생성)'</w:t>
            </w:r>
          </w:p>
          <w:p w14:paraId="188511D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DAY(LAST_DAY(@m)) &gt; m.days      THEN '경고(누락의심)'</w:t>
            </w:r>
          </w:p>
          <w:p w14:paraId="440AC99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m.prev &gt; 0 AND m.cur &gt; m.prev*2 THEN '경고(급증)'</w:t>
            </w:r>
          </w:p>
          <w:p w14:paraId="6CE36C5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6BBFDC9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SUM(REQ_DATE &gt;= @m) AS cur,</w:t>
            </w:r>
          </w:p>
          <w:p w14:paraId="3A7F1D8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SUM(REQ_DATE &lt;  @m) AS prev,</w:t>
            </w:r>
          </w:p>
          <w:p w14:paraId="399C50D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REQ_DATE &gt;= @m THEN DATE(REQ_DATE) END) AS days</w:t>
            </w:r>
          </w:p>
          <w:p w14:paraId="3CD6BDB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MJ_MSG_DATA</w:t>
            </w:r>
          </w:p>
          <w:p w14:paraId="153925B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REQ_DATE &gt;= DATE_SUB(@m, INTERVAL 1 MONTH)</w:t>
            </w:r>
          </w:p>
          <w:p w14:paraId="4C68D09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REQ_DATE &lt;  DATE_ADD(@m, INTERVAL 1 MONTH)) m,</w:t>
            </w:r>
          </w:p>
          <w:p w14:paraId="6C164AE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(SELECT COUNT(*) AS cur</w:t>
            </w:r>
          </w:p>
          <w:p w14:paraId="2E436B6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MJ_MSG_GROUP_DATA</w:t>
            </w:r>
          </w:p>
          <w:p w14:paraId="6B7C74A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REQ_DATE &gt;= @m AND REQ_DATE &lt; DATE_ADD(@m, INTERVAL 1 MONTH)) g;</w:t>
            </w:r>
          </w:p>
          <w:p w14:paraId="209539BD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일자 컬럼은 운영 스키마 기준(REQ_DATE/SENT_DATE)으로 조정</w:t>
            </w:r>
          </w:p>
        </w:tc>
      </w:tr>
    </w:tbl>
    <w:p w14:paraId="5988E373" w14:textId="77777777" w:rsidR="007512EB" w:rsidRDefault="007512EB">
      <w:pPr>
        <w:spacing w:after="0"/>
        <w:rPr>
          <w:lang w:eastAsia="ko-KR"/>
        </w:rPr>
      </w:pPr>
    </w:p>
    <w:p w14:paraId="738AAABC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1E1E2FB" w14:textId="77777777">
        <w:trPr>
          <w:trHeight w:val="2381"/>
          <w:jc w:val="center"/>
        </w:trPr>
        <w:tc>
          <w:tcPr>
            <w:tcW w:w="9638" w:type="dxa"/>
          </w:tcPr>
          <w:p w14:paraId="29C4E715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51CD5C33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46B95A1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E56E00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75DD52AB" w14:textId="7D2241E1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2A22FF01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FC1000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lastRenderedPageBreak/>
              <w:t>조치·비고</w:t>
            </w:r>
          </w:p>
        </w:tc>
        <w:tc>
          <w:tcPr>
            <w:tcW w:w="7370" w:type="dxa"/>
          </w:tcPr>
          <w:p w14:paraId="3A2B4C83" w14:textId="77777777" w:rsidR="007512EB" w:rsidRDefault="007512EB">
            <w:pPr>
              <w:spacing w:before="40" w:after="40"/>
            </w:pPr>
          </w:p>
        </w:tc>
      </w:tr>
    </w:tbl>
    <w:p w14:paraId="1B9D92CC" w14:textId="77777777" w:rsidR="007512EB" w:rsidRDefault="007512EB">
      <w:pPr>
        <w:spacing w:after="0"/>
      </w:pPr>
    </w:p>
    <w:p w14:paraId="07154FE3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4. 발송 이력 (팩스·카카오)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7F7DB266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57A67EA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29556F36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PGI_FAXTRAN, MJ_MSG_DATA(MSG_TYPE 8·9)</w:t>
            </w:r>
          </w:p>
        </w:tc>
        <w:tc>
          <w:tcPr>
            <w:tcW w:w="964" w:type="dxa"/>
            <w:shd w:val="clear" w:color="auto" w:fill="F2F2F2"/>
          </w:tcPr>
          <w:p w14:paraId="4D983A5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6402FFA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6215D67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7AD2AE8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1431F8F4" w14:textId="77777777" w:rsidR="007512EB" w:rsidRDefault="007512EB">
      <w:pPr>
        <w:spacing w:after="0"/>
      </w:pPr>
    </w:p>
    <w:p w14:paraId="5C2872E5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86868B2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16CC9542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4186C53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'팩스 발송' AS `점검항목`,</w:t>
            </w:r>
          </w:p>
          <w:p w14:paraId="6A47B5D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SUM(SendDate &gt;= @m) AS `당월건수`, NULL AS `당월건수2`,</w:t>
            </w:r>
          </w:p>
          <w:p w14:paraId="5C17555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SUM(SendDate &lt;  @m) AS `전월건수`,</w:t>
            </w:r>
          </w:p>
          <w:p w14:paraId="0632B85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SUM(SendDate &gt;= @m) = 0 THEN '확인필요(0건)' ELSE '정상' END AS `판정`</w:t>
            </w:r>
          </w:p>
          <w:p w14:paraId="62D6962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PGI_FAXTRAN</w:t>
            </w:r>
          </w:p>
          <w:p w14:paraId="5D4A567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SendDate &gt;= DATE_SUB(@m, INTERVAL 1 MONTH)</w:t>
            </w:r>
          </w:p>
          <w:p w14:paraId="07E4E5D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SendDate &lt;  DATE_ADD(@m, INTERVAL 1 MONTH)</w:t>
            </w:r>
          </w:p>
          <w:p w14:paraId="7351EFD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UNION ALL</w:t>
            </w:r>
          </w:p>
          <w:p w14:paraId="296B3F0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'카카오 발송(알림톡·친구톡)',</w:t>
            </w:r>
          </w:p>
          <w:p w14:paraId="125D0E3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&gt;= @m AND MSG_TYPE = 8),   -- 알림톡(당월)</w:t>
            </w:r>
          </w:p>
          <w:p w14:paraId="16F7095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&gt;= @m AND MSG_TYPE = 9),   -- 친구톡(당월)</w:t>
            </w:r>
          </w:p>
          <w:p w14:paraId="1E2DC1F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&lt;  @m),                    -- 전월합계</w:t>
            </w:r>
          </w:p>
          <w:p w14:paraId="5C76200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SUM(REQ_DATE &gt;= @m) = 0 THEN '확인필요(0건)' ELSE '정상' END</w:t>
            </w:r>
          </w:p>
          <w:p w14:paraId="3AB69DF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MJ_MSG_DATA</w:t>
            </w:r>
          </w:p>
          <w:p w14:paraId="0AD6807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MSG_TYPE IN (8, 9)   -- 8: 카카오 알림톡, 9: 카카오 친구톡</w:t>
            </w:r>
          </w:p>
          <w:p w14:paraId="620A50F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REQ_DATE &gt;= DATE_SUB(@m, INTERVAL 1 MONTH)</w:t>
            </w:r>
          </w:p>
          <w:p w14:paraId="40D1968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REQ_DATE &lt;  DATE_ADD(@m, INTERVAL 1 MONTH);</w:t>
            </w:r>
          </w:p>
          <w:p w14:paraId="4388C81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카카오 발송은 별도 테이블이 아니라 MJ_MSG_DATA에 MSG_TYPE(8·9)으로 구분 저장됨</w:t>
            </w:r>
          </w:p>
          <w:p w14:paraId="71709DF3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팩스 미사용 시 팩스 행은 0건 → '확인필요(0건)'로 표시되며, 조치·비고에 '미사용' 기재</w:t>
            </w:r>
          </w:p>
        </w:tc>
      </w:tr>
    </w:tbl>
    <w:p w14:paraId="28851A0E" w14:textId="77777777" w:rsidR="007512EB" w:rsidRDefault="007512EB">
      <w:pPr>
        <w:spacing w:after="0"/>
        <w:rPr>
          <w:lang w:eastAsia="ko-KR"/>
        </w:rPr>
      </w:pPr>
    </w:p>
    <w:p w14:paraId="15455711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1C43E30" w14:textId="77777777">
        <w:trPr>
          <w:trHeight w:val="2381"/>
          <w:jc w:val="center"/>
        </w:trPr>
        <w:tc>
          <w:tcPr>
            <w:tcW w:w="9638" w:type="dxa"/>
          </w:tcPr>
          <w:p w14:paraId="2029E1B2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609266B7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7E2F0F1C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6B7B6BEC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78E82DB9" w14:textId="3D4D2435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09312092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6E639D9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7EA13311" w14:textId="77777777" w:rsidR="007512EB" w:rsidRDefault="007512EB">
            <w:pPr>
              <w:spacing w:before="40" w:after="40"/>
            </w:pPr>
          </w:p>
        </w:tc>
      </w:tr>
    </w:tbl>
    <w:p w14:paraId="3CBB2B39" w14:textId="77777777" w:rsidR="007512EB" w:rsidRDefault="007512EB">
      <w:pPr>
        <w:spacing w:after="0"/>
      </w:pPr>
    </w:p>
    <w:p w14:paraId="73760DA9" w14:textId="77777777" w:rsidR="007512EB" w:rsidRDefault="00000000">
      <w:pPr>
        <w:spacing w:before="160" w:after="60"/>
      </w:pPr>
      <w:r>
        <w:rPr>
          <w:b/>
          <w:sz w:val="21"/>
        </w:rPr>
        <w:t>5. 과금·결제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4D611F6A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12F6F21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26B1891D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MJ_PG, MJ_CASH, MJ_POINT, MJ_TAX, KGM_PG</w:t>
            </w:r>
          </w:p>
        </w:tc>
        <w:tc>
          <w:tcPr>
            <w:tcW w:w="964" w:type="dxa"/>
            <w:shd w:val="clear" w:color="auto" w:fill="F2F2F2"/>
          </w:tcPr>
          <w:p w14:paraId="03E5D89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23B284B4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299A63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2B894D24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5년</w:t>
            </w:r>
          </w:p>
        </w:tc>
      </w:tr>
    </w:tbl>
    <w:p w14:paraId="21FF0E56" w14:textId="77777777" w:rsidR="007512EB" w:rsidRDefault="007512EB">
      <w:pPr>
        <w:spacing w:after="0"/>
      </w:pPr>
    </w:p>
    <w:p w14:paraId="50D5B123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6E9E2ED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0F978E3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lastRenderedPageBreak/>
              <w:t>SET @m := '2026-08-01';  -- ★ 점검 대상 월의 1일 (이 줄만 수정)</w:t>
            </w:r>
          </w:p>
          <w:p w14:paraId="6D9F68E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'과금·결제' AS `점검항목`,</w:t>
            </w:r>
          </w:p>
          <w:p w14:paraId="1787D72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FORMAT(t.amt, 0) AS `당월금액`, t.prev AS `전월건수`,</w:t>
            </w:r>
          </w:p>
          <w:p w14:paraId="5155FBC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6AA846B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c.cur AS `캐시변동(당월)`,</w:t>
            </w:r>
          </w:p>
          <w:p w14:paraId="54AD193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'확인필요(0건)'</w:t>
            </w:r>
          </w:p>
          <w:p w14:paraId="0FAD4B2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0629719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7EF74D7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SUM(REG_DATE &gt;= @m) AS cur,</w:t>
            </w:r>
          </w:p>
          <w:p w14:paraId="70640DD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SUM(REG_DATE &lt;  @m) AS prev,</w:t>
            </w:r>
          </w:p>
          <w:p w14:paraId="49731CA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SUM(CASE WHEN REG_DATE &gt;= @m THEN AMT ELSE 0 END) AS amt</w:t>
            </w:r>
          </w:p>
          <w:p w14:paraId="601F647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MJ_PG</w:t>
            </w:r>
          </w:p>
          <w:p w14:paraId="2F5E511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REG_DATE &gt;= DATE_SUB(@m, INTERVAL 1 MONTH)</w:t>
            </w:r>
          </w:p>
          <w:p w14:paraId="5058F49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REG_DATE &lt;  DATE_ADD(@m, INTERVAL 1 MONTH)) t,</w:t>
            </w:r>
          </w:p>
          <w:p w14:paraId="7FABD82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(SELECT COUNT(*) AS cur</w:t>
            </w:r>
          </w:p>
          <w:p w14:paraId="7E917E0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MJ_CASH</w:t>
            </w:r>
          </w:p>
          <w:p w14:paraId="2E9CD59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FRST_REGIST_PNTTM &gt;= @m</w:t>
            </w:r>
          </w:p>
          <w:p w14:paraId="51BAF63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FRST_REGIST_PNTTM &lt; DATE_ADD(@m, INTERVAL 1 MONTH)) c;</w:t>
            </w:r>
          </w:p>
          <w:p w14:paraId="0C849F8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-- ※ MJ_CASH의 일자 컬럼은 FRST_REGIST_PNTTM (REG_DATE 아님)</w:t>
            </w:r>
          </w:p>
        </w:tc>
      </w:tr>
    </w:tbl>
    <w:p w14:paraId="65B37DDB" w14:textId="77777777" w:rsidR="007512EB" w:rsidRDefault="007512EB">
      <w:pPr>
        <w:spacing w:after="0"/>
      </w:pPr>
    </w:p>
    <w:p w14:paraId="31F019A5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7BED34F" w14:textId="77777777">
        <w:trPr>
          <w:trHeight w:val="2381"/>
          <w:jc w:val="center"/>
        </w:trPr>
        <w:tc>
          <w:tcPr>
            <w:tcW w:w="9638" w:type="dxa"/>
          </w:tcPr>
          <w:p w14:paraId="631495AC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5EBD3FC9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25827105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D44E3C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76E40AE2" w14:textId="3174524A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3BB72DA7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8369C7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021D5E4C" w14:textId="77777777" w:rsidR="007512EB" w:rsidRDefault="007512EB">
            <w:pPr>
              <w:spacing w:before="40" w:after="40"/>
            </w:pPr>
          </w:p>
        </w:tc>
      </w:tr>
    </w:tbl>
    <w:p w14:paraId="7D5F214E" w14:textId="77777777" w:rsidR="007512EB" w:rsidRDefault="007512EB">
      <w:pPr>
        <w:spacing w:after="0"/>
      </w:pPr>
    </w:p>
    <w:p w14:paraId="458DA2AC" w14:textId="77777777" w:rsidR="007512EB" w:rsidRDefault="00000000">
      <w:r>
        <w:br w:type="page"/>
      </w:r>
    </w:p>
    <w:p w14:paraId="65A68BB4" w14:textId="77777777" w:rsidR="007512EB" w:rsidRDefault="00000000">
      <w:pPr>
        <w:spacing w:before="280" w:after="120"/>
      </w:pPr>
      <w:r>
        <w:rPr>
          <w:b/>
          <w:color w:val="FFFFFF"/>
          <w:sz w:val="24"/>
          <w:shd w:val="clear" w:color="auto" w:fill="1F3B5C"/>
        </w:rPr>
        <w:lastRenderedPageBreak/>
        <w:t xml:space="preserve"> ②   </w:t>
      </w:r>
      <w:r>
        <w:rPr>
          <w:b/>
          <w:color w:val="1F3B5C"/>
          <w:sz w:val="24"/>
        </w:rPr>
        <w:t xml:space="preserve">  시스템 로그 점검</w:t>
      </w:r>
    </w:p>
    <w:p w14:paraId="414A75D2" w14:textId="77777777" w:rsidR="007512EB" w:rsidRDefault="00000000">
      <w:pPr>
        <w:spacing w:before="160" w:after="60"/>
      </w:pPr>
      <w:r>
        <w:rPr>
          <w:b/>
          <w:sz w:val="21"/>
        </w:rPr>
        <w:t>1. 관리자 접속·행위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7AFEFBB7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6096D5A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15902644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LETTNADMINLOG + lettnemplyrinfo (관리자 로그 화면과 동일 기준)</w:t>
            </w:r>
          </w:p>
        </w:tc>
        <w:tc>
          <w:tcPr>
            <w:tcW w:w="964" w:type="dxa"/>
            <w:shd w:val="clear" w:color="auto" w:fill="F2F2F2"/>
          </w:tcPr>
          <w:p w14:paraId="5618BF1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0E66CA24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8658E3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0B0C8961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230BA580" w14:textId="77777777" w:rsidR="007512EB" w:rsidRDefault="007512EB">
      <w:pPr>
        <w:spacing w:after="0"/>
      </w:pPr>
    </w:p>
    <w:p w14:paraId="10D8E975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D0093FF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6C80EBB1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28DEDC5D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'관리자 접속·행위' AS `점검항목`,</w:t>
            </w:r>
          </w:p>
          <w:p w14:paraId="08B8A76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t.cur AS `당월건수`, t.admins AS `접속 관리자수`,</w:t>
            </w:r>
          </w:p>
          <w:p w14:paraId="2EFA655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t.first_dt AS `최초일시`, t.last_dt AS `최종일시`, t.prev AS `전월건수`,</w:t>
            </w:r>
          </w:p>
          <w:p w14:paraId="570FB04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0FEA413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'이상(미생성)'</w:t>
            </w:r>
          </w:p>
          <w:p w14:paraId="28D41E3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6C97F1E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1C28278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SUM(CREAT_DT &gt;= @m) AS cur,</w:t>
            </w:r>
          </w:p>
          <w:p w14:paraId="4B811C3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SUM(CREAT_DT &lt;  @m) AS prev,</w:t>
            </w:r>
          </w:p>
          <w:p w14:paraId="3324505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CREAT_DT &gt;= @m THEN CONECT_ID END) AS admins,</w:t>
            </w:r>
          </w:p>
          <w:p w14:paraId="132AAB5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MIN(CASE WHEN CREAT_DT &gt;= @m THEN CREAT_DT END) AS first_dt,</w:t>
            </w:r>
          </w:p>
          <w:p w14:paraId="66FCEA7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MAX(CASE WHEN CREAT_DT &gt;= @m THEN CREAT_DT END) AS last_dt</w:t>
            </w:r>
          </w:p>
          <w:p w14:paraId="0FBCF09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LETTNADMINLOG</w:t>
            </w:r>
          </w:p>
          <w:p w14:paraId="5E65A9C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CONECT_ID != ''</w:t>
            </w:r>
          </w:p>
          <w:p w14:paraId="7D2E9BC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CREAT_DT &gt;= DATE_SUB(@m, INTERVAL 1 MONTH)</w:t>
            </w:r>
          </w:p>
          <w:p w14:paraId="001BA18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CREAT_DT &lt;  DATE_ADD(@m, INTERVAL 1 MONTH)) t;</w:t>
            </w:r>
          </w:p>
          <w:p w14:paraId="3F1159C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관리자 화면 [로그관리 &gt; 관리자 로그] (/sym/log/clg/SelectLoginLogList.do)와 동일한</w:t>
            </w:r>
          </w:p>
          <w:p w14:paraId="17AE83B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   LETTNADMINLOG 기준. 관리자별·메뉴별 상세 내역은 해당 화면에서 조회·캡처 가능</w:t>
            </w:r>
          </w:p>
        </w:tc>
      </w:tr>
    </w:tbl>
    <w:p w14:paraId="3A3A692A" w14:textId="77777777" w:rsidR="007512EB" w:rsidRDefault="007512EB">
      <w:pPr>
        <w:spacing w:after="0"/>
        <w:rPr>
          <w:lang w:eastAsia="ko-KR"/>
        </w:rPr>
      </w:pPr>
    </w:p>
    <w:p w14:paraId="6DE14DB1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62470A67" w14:textId="77777777">
        <w:trPr>
          <w:trHeight w:val="2381"/>
          <w:jc w:val="center"/>
        </w:trPr>
        <w:tc>
          <w:tcPr>
            <w:tcW w:w="9638" w:type="dxa"/>
          </w:tcPr>
          <w:p w14:paraId="776E6C8B" w14:textId="77777777" w:rsidR="007512EB" w:rsidRDefault="00E04B40">
            <w:pPr>
              <w:spacing w:after="20"/>
              <w:rPr>
                <w:lang w:eastAsia="ko-KR"/>
              </w:rPr>
            </w:pPr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5A66FFA3" w14:textId="77777777" w:rsidR="007512EB" w:rsidRDefault="007512EB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02769B0C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C69F17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47617FF4" w14:textId="0AE26160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365BE2B5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B26C1F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38EB4FA9" w14:textId="77777777" w:rsidR="007512EB" w:rsidRDefault="007512EB">
            <w:pPr>
              <w:spacing w:before="40" w:after="40"/>
            </w:pPr>
          </w:p>
        </w:tc>
      </w:tr>
    </w:tbl>
    <w:p w14:paraId="7E150B33" w14:textId="77777777" w:rsidR="007512EB" w:rsidRDefault="007512EB">
      <w:pPr>
        <w:spacing w:after="0"/>
      </w:pPr>
    </w:p>
    <w:p w14:paraId="085B8E61" w14:textId="77777777" w:rsidR="007512EB" w:rsidRDefault="00000000">
      <w:pPr>
        <w:spacing w:before="160" w:after="60"/>
      </w:pPr>
      <w:r>
        <w:rPr>
          <w:b/>
          <w:sz w:val="21"/>
        </w:rPr>
        <w:t>2. 오류·장애 (WAS)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07314DF9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3B71D39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18D0069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tomcat1·tomcat2 표준출력(catalina.out) / log4j2</w:t>
            </w:r>
          </w:p>
        </w:tc>
        <w:tc>
          <w:tcPr>
            <w:tcW w:w="964" w:type="dxa"/>
            <w:shd w:val="clear" w:color="auto" w:fill="F2F2F2"/>
          </w:tcPr>
          <w:p w14:paraId="7F9A103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546E139B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1DF30F8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10A78F4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09890A80" w14:textId="77777777" w:rsidR="007512EB" w:rsidRDefault="007512EB">
      <w:pPr>
        <w:spacing w:after="0"/>
      </w:pPr>
    </w:p>
    <w:p w14:paraId="69647716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F1C4F6C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4E3975B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점검 대상 월의 로그 목록(파일명·날짜·용량)만 출력 → 이 화면 캡처가 곧 증빙 (월만 바꿔서 실행)</w:t>
            </w:r>
          </w:p>
          <w:p w14:paraId="0D6698F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ls -lh /usr/local/tomcat1/logs/*2026-08* /usr/local/tomcat2/logs/*2026-08*</w:t>
            </w:r>
          </w:p>
          <w:p w14:paraId="34073C9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→ catalina·localhost·localhost_access_log 일별 파일이 모두 잡힘. 날짜 빠진 일자 = 누락 의심</w:t>
            </w:r>
          </w:p>
          <w:p w14:paraId="14ACF056" w14:textId="77777777" w:rsidR="007512EB" w:rsidRDefault="007512EB">
            <w:pPr>
              <w:rPr>
                <w:lang w:eastAsia="ko-KR"/>
              </w:rPr>
            </w:pPr>
          </w:p>
          <w:p w14:paraId="498CC78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(선택) 오류·장애 급증이 의심될 때만 추가 실행</w:t>
            </w:r>
          </w:p>
          <w:p w14:paraId="38CFF11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grep -c "ERROR" /usr/local/tomcat1/logs/catalina.out /usr/local/tomcat2/logs/catalina.out</w:t>
            </w:r>
          </w:p>
          <w:p w14:paraId="1C60F824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운영 WAS는 tomcat1·tomcat2 이중화 — 두 인스턴스 모두 포함</w:t>
            </w:r>
          </w:p>
        </w:tc>
      </w:tr>
    </w:tbl>
    <w:p w14:paraId="0C1FD3FB" w14:textId="77777777" w:rsidR="007512EB" w:rsidRDefault="007512EB">
      <w:pPr>
        <w:spacing w:after="0"/>
        <w:rPr>
          <w:lang w:eastAsia="ko-KR"/>
        </w:rPr>
      </w:pPr>
    </w:p>
    <w:p w14:paraId="3C13ED52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617BB0A7" w14:textId="77777777">
        <w:trPr>
          <w:trHeight w:val="2381"/>
          <w:jc w:val="center"/>
        </w:trPr>
        <w:tc>
          <w:tcPr>
            <w:tcW w:w="9638" w:type="dxa"/>
          </w:tcPr>
          <w:p w14:paraId="638431E9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6134DDEB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409CF26F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43265C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C76475F" w14:textId="1E70FE6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0E716098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600D6DE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7E3D3D9B" w14:textId="77777777" w:rsidR="007512EB" w:rsidRDefault="007512EB">
            <w:pPr>
              <w:spacing w:before="40" w:after="40"/>
            </w:pPr>
          </w:p>
        </w:tc>
      </w:tr>
    </w:tbl>
    <w:p w14:paraId="2E934F4F" w14:textId="77777777" w:rsidR="00E04B40" w:rsidRDefault="00E04B40">
      <w:pPr>
        <w:spacing w:after="0"/>
      </w:pPr>
    </w:p>
    <w:p w14:paraId="645643FE" w14:textId="77777777" w:rsidR="00E04B40" w:rsidRDefault="00E04B40">
      <w:r>
        <w:br w:type="page"/>
      </w:r>
    </w:p>
    <w:p w14:paraId="5C7B4D40" w14:textId="77777777" w:rsidR="007512EB" w:rsidRDefault="007512EB">
      <w:pPr>
        <w:spacing w:after="0"/>
      </w:pPr>
    </w:p>
    <w:p w14:paraId="014F7243" w14:textId="77777777" w:rsidR="007512EB" w:rsidRDefault="00000000">
      <w:pPr>
        <w:spacing w:before="160" w:after="60"/>
      </w:pPr>
      <w:r>
        <w:rPr>
          <w:b/>
          <w:sz w:val="21"/>
        </w:rPr>
        <w:t>3. 개인정보 처리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1D7E525F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5FDF17E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0CA5EA05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personal_information_log (개인정보 처리 이력 전용 · 2026-08 신설)</w:t>
            </w:r>
          </w:p>
        </w:tc>
        <w:tc>
          <w:tcPr>
            <w:tcW w:w="964" w:type="dxa"/>
            <w:shd w:val="clear" w:color="auto" w:fill="F2F2F2"/>
          </w:tcPr>
          <w:p w14:paraId="540F779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06CABE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40BD66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252BD45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 (해당 시 2년)</w:t>
            </w:r>
          </w:p>
        </w:tc>
      </w:tr>
    </w:tbl>
    <w:p w14:paraId="122AB98A" w14:textId="77777777" w:rsidR="007512EB" w:rsidRDefault="007512EB">
      <w:pPr>
        <w:spacing w:after="0"/>
      </w:pPr>
    </w:p>
    <w:p w14:paraId="0C1CB15D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6CA3055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43CCE22D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260DA454" w14:textId="77777777" w:rsidR="005509F0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'개인정보 처리 이력' AS `점검항목`,</w:t>
            </w:r>
          </w:p>
          <w:p w14:paraId="7465E508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COUNT(*)                 AS `당월건수`,</w:t>
            </w:r>
          </w:p>
          <w:p w14:paraId="04105ECB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SUM(ACTION = '조회')     AS `조회`,</w:t>
            </w:r>
          </w:p>
          <w:p w14:paraId="03114108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SUM(ACTION = '수정')     AS `수정`,</w:t>
            </w:r>
          </w:p>
          <w:p w14:paraId="47F8749F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SUM(ACTION = '삭제')     AS `삭제`,</w:t>
            </w:r>
          </w:p>
          <w:p w14:paraId="219ED1C1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SUM(ACTION = '다운로드') AS `다운로드`,</w:t>
            </w:r>
          </w:p>
          <w:p w14:paraId="64E1A95C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SUM(ACTION = '생성')     AS `생성`,</w:t>
            </w:r>
          </w:p>
          <w:p w14:paraId="402B1CDE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COUNT(DISTINCT USER_ID)  AS `처리자수`,</w:t>
            </w:r>
          </w:p>
          <w:p w14:paraId="50FF4072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COUNT(*) = 0 THEN '확인필요(0건)' ELSE '정상' END AS `판정`</w:t>
            </w:r>
          </w:p>
          <w:p w14:paraId="6B584069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personal_information_log</w:t>
            </w:r>
          </w:p>
          <w:p w14:paraId="33ABE4AC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FRST_REGIST_PNTTM &gt;= @m</w:t>
            </w:r>
          </w:p>
          <w:p w14:paraId="64705CF2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FRST_REGIST_PNTTM &lt;  DATE_ADD(@m, INTERVAL 1 MONTH);</w:t>
            </w:r>
          </w:p>
          <w:p w14:paraId="45AA8E2D" w14:textId="77777777" w:rsidR="005509F0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개인정보 처리 이력 전용 테이블(2026-08 운영 반영, PMS #5858) — 조회·수정·삭제·다운로드 행위별 기록</w:t>
            </w:r>
          </w:p>
          <w:p w14:paraId="3B1D1B28" w14:textId="77777777" w:rsidR="005509F0" w:rsidRDefault="00000000">
            <w:r>
              <w:rPr>
                <w:rFonts w:ascii="Consolas" w:eastAsia="Consolas" w:hAnsi="Consolas"/>
                <w:color w:val="333333"/>
                <w:sz w:val="17"/>
              </w:rPr>
              <w:t>--    컬럼: USER_ID(처리자)·ACCESS_IP·URI·MENU_NM(화면명)·ACTION(행위)·TARGET(대상: 회원ID 또는 검색조건·건수)</w:t>
            </w:r>
          </w:p>
          <w:p w14:paraId="66A799F5" w14:textId="77777777" w:rsidR="005509F0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2026-07분까지는 신설 전이므로 기존 테이블(LETTHEMPLYRINFOCHANGEDTLS·LETTNADMINLOG) 기준 점검 결과 첨부</w:t>
            </w:r>
          </w:p>
        </w:tc>
      </w:tr>
    </w:tbl>
    <w:p w14:paraId="55AD0F09" w14:textId="77777777" w:rsidR="007512EB" w:rsidRDefault="007512EB">
      <w:pPr>
        <w:spacing w:after="0"/>
        <w:rPr>
          <w:lang w:eastAsia="ko-KR"/>
        </w:rPr>
      </w:pPr>
    </w:p>
    <w:p w14:paraId="6B26A428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78CE3B3" w14:textId="77777777">
        <w:trPr>
          <w:trHeight w:val="2381"/>
          <w:jc w:val="center"/>
        </w:trPr>
        <w:tc>
          <w:tcPr>
            <w:tcW w:w="9638" w:type="dxa"/>
          </w:tcPr>
          <w:p w14:paraId="38185E27" w14:textId="77777777" w:rsidR="007512EB" w:rsidRDefault="006A040C">
            <w:pPr>
              <w:rPr>
                <w:lang w:eastAsia="ko-KR"/>
              </w:rPr>
            </w:pPr>
            <w:r>
              <w:rPr>
                <w:color w:val="888888"/>
                <w:sz w:val="18"/>
                <w:szCs w:val="18"/>
                <w:lang w:eastAsia="ko-KR"/>
              </w:rPr>
              <w:t>[캡처 붙여넣기]</w:t>
            </w:r>
          </w:p>
          <w:p w14:paraId="12AA5619" w14:textId="4095E5EA" w:rsidR="006A040C" w:rsidRDefault="006A040C">
            <w:pPr>
              <w:rPr>
                <w:lang w:eastAsia="ko-KR"/>
              </w:rPr>
            </w:pPr>
          </w:p>
          <w:p w14:paraId="44749535" w14:textId="25B1AEC7" w:rsidR="006A040C" w:rsidRPr="006A040C" w:rsidRDefault="006A040C" w:rsidP="006A040C">
            <w:pPr>
              <w:rPr>
                <w:b/>
                <w:bCs/>
                <w:lang w:eastAsia="ko-KR"/>
              </w:rPr>
            </w:pPr>
          </w:p>
        </w:tc>
      </w:tr>
    </w:tbl>
    <w:p w14:paraId="030834E1" w14:textId="77777777" w:rsidR="007512EB" w:rsidRDefault="007512EB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2600940B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6CE14FF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1AC5815D" w14:textId="358B2239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3A4FCA8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7F3C39D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484EB9D" w14:textId="77777777" w:rsidR="007512EB" w:rsidRDefault="007512EB">
            <w:pPr>
              <w:spacing w:before="40" w:after="40"/>
            </w:pPr>
          </w:p>
        </w:tc>
      </w:tr>
    </w:tbl>
    <w:p w14:paraId="2218F3AF" w14:textId="77777777" w:rsidR="007512EB" w:rsidRDefault="007512EB">
      <w:pPr>
        <w:spacing w:after="0"/>
      </w:pPr>
    </w:p>
    <w:p w14:paraId="32495039" w14:textId="77777777" w:rsidR="007512EB" w:rsidRDefault="00000000">
      <w:pPr>
        <w:spacing w:before="160" w:after="60"/>
      </w:pPr>
      <w:r>
        <w:rPr>
          <w:b/>
          <w:sz w:val="21"/>
        </w:rPr>
        <w:t>4. OS 접속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6B87708F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419777C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6ADA8AF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/var/log/secure, audit.log, messages, lastlog</w:t>
            </w:r>
          </w:p>
        </w:tc>
        <w:tc>
          <w:tcPr>
            <w:tcW w:w="964" w:type="dxa"/>
            <w:shd w:val="clear" w:color="auto" w:fill="F2F2F2"/>
          </w:tcPr>
          <w:p w14:paraId="5D12341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E655B0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3162F5D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3C7EE79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45F5FC95" w14:textId="77777777" w:rsidR="007512EB" w:rsidRDefault="007512EB">
      <w:pPr>
        <w:spacing w:after="0"/>
      </w:pPr>
    </w:p>
    <w:p w14:paraId="08E7C9DB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C94D235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F379559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OS 로그 파일 목록(파일명·날짜·용량)을 통째로 출력 → 이 화면 캡처가 곧 증빙</w:t>
            </w:r>
          </w:p>
          <w:p w14:paraId="5269596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sudo ls -lh /var/log/secure* /var/log/messages* /var/log/audit/</w:t>
            </w:r>
          </w:p>
          <w:p w14:paraId="2E98086F" w14:textId="77777777" w:rsidR="007512EB" w:rsidRDefault="007512EB"/>
          <w:p w14:paraId="1988446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lastRenderedPageBreak/>
              <w:t># (선택) 비인가 접근이 의심될 때만 추가 실행</w:t>
            </w:r>
          </w:p>
          <w:p w14:paraId="1BB4A7C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sudo grep -c "Failed password" /var/log/secure</w:t>
            </w:r>
          </w:p>
        </w:tc>
      </w:tr>
    </w:tbl>
    <w:p w14:paraId="74512A72" w14:textId="77777777" w:rsidR="007512EB" w:rsidRDefault="007512EB">
      <w:pPr>
        <w:spacing w:after="0"/>
      </w:pPr>
    </w:p>
    <w:p w14:paraId="68D64688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2FD8EBB" w14:textId="77777777">
        <w:trPr>
          <w:trHeight w:val="2381"/>
          <w:jc w:val="center"/>
        </w:trPr>
        <w:tc>
          <w:tcPr>
            <w:tcW w:w="9638" w:type="dxa"/>
          </w:tcPr>
          <w:p w14:paraId="7F5CB7A1" w14:textId="77777777" w:rsidR="007512EB" w:rsidRDefault="00E04B40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74595D7E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2D91768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2364A88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67A12EE8" w14:textId="78DFD96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771CE546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07C5F9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7E6B5806" w14:textId="77777777" w:rsidR="007512EB" w:rsidRDefault="007512EB">
            <w:pPr>
              <w:spacing w:before="40" w:after="40"/>
            </w:pPr>
          </w:p>
        </w:tc>
      </w:tr>
    </w:tbl>
    <w:p w14:paraId="2A949B74" w14:textId="77777777" w:rsidR="007512EB" w:rsidRDefault="007512EB">
      <w:pPr>
        <w:spacing w:after="0"/>
      </w:pPr>
    </w:p>
    <w:p w14:paraId="221C6FB5" w14:textId="77777777" w:rsidR="007512EB" w:rsidRDefault="00000000">
      <w:pPr>
        <w:spacing w:before="160" w:after="60"/>
      </w:pPr>
      <w:r>
        <w:rPr>
          <w:b/>
          <w:sz w:val="21"/>
        </w:rPr>
        <w:t>5. DB 서버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59AA72BF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37F63FE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7CFF6ABE" w14:textId="77777777" w:rsidR="007512EB" w:rsidRDefault="009259F7">
            <w:pPr>
              <w:spacing w:before="40" w:after="40"/>
            </w:pPr>
            <w:r>
              <w:rPr>
                <w:sz w:val="18"/>
              </w:rPr>
              <w:t>MariaDB 오류 로그 — 현재 journald 기록 (db-new 서버)</w:t>
            </w:r>
          </w:p>
        </w:tc>
        <w:tc>
          <w:tcPr>
            <w:tcW w:w="964" w:type="dxa"/>
            <w:shd w:val="clear" w:color="auto" w:fill="F2F2F2"/>
          </w:tcPr>
          <w:p w14:paraId="6DAF00B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6DBA884D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파일/DB</w:t>
            </w:r>
          </w:p>
        </w:tc>
        <w:tc>
          <w:tcPr>
            <w:tcW w:w="964" w:type="dxa"/>
            <w:shd w:val="clear" w:color="auto" w:fill="F2F2F2"/>
          </w:tcPr>
          <w:p w14:paraId="280BD18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6871327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7B00EFF6" w14:textId="77777777" w:rsidR="007512EB" w:rsidRDefault="007512EB">
      <w:pPr>
        <w:spacing w:after="0"/>
      </w:pPr>
    </w:p>
    <w:p w14:paraId="6E02A3C1" w14:textId="77777777" w:rsidR="009259F7" w:rsidRDefault="009259F7" w:rsidP="009259F7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077B3AB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765118D3" w14:textId="77777777" w:rsidR="009259F7" w:rsidRDefault="009259F7" w:rsidP="009259F7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DB 서버(db-new)에서 당월 오류·경고 기록 확인 → 이 출력 캡처 (월만 바꿔서 실행)</w:t>
            </w:r>
          </w:p>
          <w:p w14:paraId="20323E48" w14:textId="77777777" w:rsidR="009259F7" w:rsidRDefault="009259F7" w:rsidP="009259F7">
            <w:r>
              <w:rPr>
                <w:rFonts w:ascii="Consolas" w:eastAsia="Consolas" w:hAnsi="Consolas"/>
                <w:color w:val="333333"/>
                <w:sz w:val="17"/>
              </w:rPr>
              <w:t>journalctl -u mariadb --since "2026-08-01" --until "2026-09-01" --no-pager | tail -20</w:t>
            </w:r>
          </w:p>
          <w:p w14:paraId="428C0BB9" w14:textId="77777777" w:rsidR="009259F7" w:rsidRDefault="009259F7" w:rsidP="009259F7"/>
          <w:p w14:paraId="11AAA18F" w14:textId="77777777" w:rsidR="009259F7" w:rsidRDefault="009259F7" w:rsidP="009259F7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가이드라인 4.2 요건은 DB '오류·장애' 로그 — 현재 log_error 미설정으로 journald에 기록됨</w:t>
            </w:r>
          </w:p>
          <w:p w14:paraId="5A04AD42" w14:textId="77777777" w:rsidR="007512EB" w:rsidRDefault="009259F7" w:rsidP="009259F7">
            <w:r>
              <w:rPr>
                <w:rFonts w:ascii="Consolas" w:eastAsia="Consolas" w:hAnsi="Consolas"/>
                <w:color w:val="333333"/>
                <w:sz w:val="17"/>
              </w:rPr>
              <w:t># ※ log_error 파일 지정(/var/log/mariadb/) 후에는 ls -lh /var/log/mariadb/ 캡처로 대체</w:t>
            </w:r>
          </w:p>
        </w:tc>
      </w:tr>
    </w:tbl>
    <w:p w14:paraId="0B344FD0" w14:textId="77777777" w:rsidR="007512EB" w:rsidRDefault="007512EB">
      <w:pPr>
        <w:spacing w:after="0"/>
      </w:pPr>
    </w:p>
    <w:p w14:paraId="70E683E0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3E1A7A6" w14:textId="77777777">
        <w:trPr>
          <w:trHeight w:val="2154"/>
          <w:jc w:val="center"/>
        </w:trPr>
        <w:tc>
          <w:tcPr>
            <w:tcW w:w="9638" w:type="dxa"/>
          </w:tcPr>
          <w:p w14:paraId="565E1F3F" w14:textId="77777777" w:rsidR="007512EB" w:rsidRDefault="009259F7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32E97D7F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7521EF38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280441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4DC0B664" w14:textId="294282A0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105CEB1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1E32FD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73AEB4D9" w14:textId="77777777" w:rsidR="007512EB" w:rsidRDefault="007512EB">
            <w:pPr>
              <w:spacing w:before="40" w:after="40"/>
            </w:pPr>
          </w:p>
        </w:tc>
      </w:tr>
    </w:tbl>
    <w:p w14:paraId="57B26C99" w14:textId="77777777" w:rsidR="007512EB" w:rsidRDefault="007512EB">
      <w:pPr>
        <w:spacing w:after="0"/>
      </w:pPr>
    </w:p>
    <w:p w14:paraId="72FD14BA" w14:textId="77777777" w:rsidR="007512EB" w:rsidRDefault="00000000">
      <w:pPr>
        <w:spacing w:before="160" w:after="60"/>
      </w:pPr>
      <w:r>
        <w:rPr>
          <w:b/>
          <w:sz w:val="21"/>
        </w:rPr>
        <w:t>6. API 서버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68EECCA5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2111A0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lastRenderedPageBreak/>
              <w:t>점검대상</w:t>
            </w:r>
          </w:p>
        </w:tc>
        <w:tc>
          <w:tcPr>
            <w:tcW w:w="3402" w:type="dxa"/>
          </w:tcPr>
          <w:p w14:paraId="1520857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/data/tomcat/tomcat_api_9100_2023_0711/logs (logback 일별 롤링)</w:t>
            </w:r>
          </w:p>
        </w:tc>
        <w:tc>
          <w:tcPr>
            <w:tcW w:w="964" w:type="dxa"/>
            <w:shd w:val="clear" w:color="auto" w:fill="F2F2F2"/>
          </w:tcPr>
          <w:p w14:paraId="1BADEB7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A302DD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255C897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6A12A91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2C2DD399" w14:textId="77777777" w:rsidR="007512EB" w:rsidRDefault="007512EB">
      <w:pPr>
        <w:spacing w:after="0"/>
      </w:pPr>
    </w:p>
    <w:p w14:paraId="751B5F82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FE5E855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62BF0A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당월 로그 파일 목록(일별 파일명·날짜·용량)을 통째로 출력 → 이 화면 캡처가 곧 증빙</w:t>
            </w:r>
          </w:p>
          <w:p w14:paraId="4EBBAB8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ls -lh /data/tomcat/tomcat_api_9100_2023_0711/logs/logback-2026-08-*.log</w:t>
            </w:r>
          </w:p>
          <w:p w14:paraId="10AF4B3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logback-YYYY-MM-DD.0.log 일별 롤링 — 목록에서 날짜가 빠진 일자 = 누락 의심 (월만 바꿔서 실행)</w:t>
            </w:r>
          </w:p>
        </w:tc>
      </w:tr>
    </w:tbl>
    <w:p w14:paraId="220ECCD0" w14:textId="77777777" w:rsidR="007512EB" w:rsidRDefault="007512EB">
      <w:pPr>
        <w:spacing w:after="0"/>
        <w:rPr>
          <w:lang w:eastAsia="ko-KR"/>
        </w:rPr>
      </w:pPr>
    </w:p>
    <w:p w14:paraId="2CD4096D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3BE074BC" w14:textId="77777777">
        <w:trPr>
          <w:trHeight w:val="2381"/>
          <w:jc w:val="center"/>
        </w:trPr>
        <w:tc>
          <w:tcPr>
            <w:tcW w:w="9638" w:type="dxa"/>
          </w:tcPr>
          <w:p w14:paraId="5D7A6779" w14:textId="77777777" w:rsidR="007512EB" w:rsidRDefault="009B43AD"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2CEB19BA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7C40C9E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246CEB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0174E34E" w14:textId="744D4DCC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202FDFEC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C8D8C7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3D527A70" w14:textId="77777777" w:rsidR="007512EB" w:rsidRDefault="007512EB">
            <w:pPr>
              <w:spacing w:before="40" w:after="40"/>
            </w:pPr>
          </w:p>
        </w:tc>
      </w:tr>
    </w:tbl>
    <w:p w14:paraId="67AE3447" w14:textId="77777777" w:rsidR="007512EB" w:rsidRDefault="007512EB">
      <w:pPr>
        <w:spacing w:after="0"/>
      </w:pPr>
    </w:p>
    <w:p w14:paraId="211875F1" w14:textId="77777777" w:rsidR="007512EB" w:rsidRDefault="00000000">
      <w:r>
        <w:br w:type="page"/>
      </w:r>
    </w:p>
    <w:p w14:paraId="4271527A" w14:textId="77777777" w:rsidR="007512EB" w:rsidRDefault="00000000">
      <w:pPr>
        <w:spacing w:before="280" w:after="120"/>
      </w:pPr>
      <w:r>
        <w:rPr>
          <w:b/>
          <w:color w:val="FFFFFF"/>
          <w:sz w:val="24"/>
          <w:shd w:val="clear" w:color="auto" w:fill="1F3B5C"/>
        </w:rPr>
        <w:lastRenderedPageBreak/>
        <w:t xml:space="preserve"> ③   </w:t>
      </w:r>
      <w:r>
        <w:rPr>
          <w:b/>
          <w:color w:val="1F3B5C"/>
          <w:sz w:val="24"/>
        </w:rPr>
        <w:t xml:space="preserve">  이상징후 점검</w:t>
      </w:r>
    </w:p>
    <w:p w14:paraId="1075E771" w14:textId="77777777" w:rsidR="007512EB" w:rsidRDefault="00000000">
      <w:pPr>
        <w:spacing w:after="80"/>
        <w:rPr>
          <w:lang w:eastAsia="ko-KR"/>
        </w:rPr>
      </w:pPr>
      <w:r>
        <w:rPr>
          <w:sz w:val="19"/>
          <w:lang w:eastAsia="ko-KR"/>
        </w:rPr>
        <w:t>아래 쿼리 하나를 실행하면 이상징후 자동 점검 항목별 결과·판정이 표로 나온다. 결과 그리드를 그대로 캡처하여 첨부하고, 경고·이상 행은 ④ 후속조치 기록에 기재한다.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0527D73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163C9AB7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2E082EF4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발송량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항목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`, t.cur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당월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`, t.prev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`,</w:t>
            </w:r>
          </w:p>
          <w:p w14:paraId="0AFE23A1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'</w:t>
            </w:r>
            <w:r w:rsidRPr="00940904">
              <w:rPr>
                <w:rFonts w:cs="맑은 고딕" w:hint="eastAsia"/>
                <w:color w:val="333333"/>
                <w:sz w:val="17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대비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200% </w:t>
            </w:r>
            <w:r w:rsidRPr="00940904">
              <w:rPr>
                <w:rFonts w:cs="맑은 고딕" w:hint="eastAsia"/>
                <w:color w:val="333333"/>
                <w:sz w:val="17"/>
              </w:rPr>
              <w:t>초과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기준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`,</w:t>
            </w:r>
          </w:p>
          <w:p w14:paraId="52A99AEC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t.prev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t.cur &gt; t.prev*2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판정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</w:t>
            </w:r>
          </w:p>
          <w:p w14:paraId="4FA93BDB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(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SUM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 &gt;= @m)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cur,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SUM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 &lt; @m)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prev</w:t>
            </w:r>
          </w:p>
          <w:p w14:paraId="2A6A1E85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MJ_MSG_DATA</w:t>
            </w:r>
          </w:p>
          <w:p w14:paraId="4421A59D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&gt;=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DATE_SUB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59DB54F2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&lt;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)) t</w:t>
            </w:r>
          </w:p>
          <w:p w14:paraId="4E56AABE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6DE12B4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심야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(00~06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시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)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발송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건수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대비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여부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확인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',</w:t>
            </w:r>
          </w:p>
          <w:p w14:paraId="7245AD49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30000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7615C4C6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MJ_MSG_DATA</w:t>
            </w:r>
          </w:p>
          <w:p w14:paraId="3C2AD87D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52C0174A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HOUR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BETWEEN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5</w:t>
            </w:r>
          </w:p>
          <w:p w14:paraId="2E4A509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7402A17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로그인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실패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(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계정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수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)',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계정당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실패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10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건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이상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',</w:t>
            </w:r>
          </w:p>
          <w:p w14:paraId="23F97906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34A49B8B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(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LOGIN_ID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MJ_LOGIN_LOG</w:t>
            </w:r>
          </w:p>
          <w:p w14:paraId="29EFFE76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LOGIN_YN = 'N'</w:t>
            </w:r>
          </w:p>
          <w:p w14:paraId="7701BBF9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LOGIN_DT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LOGIN_DT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189527C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GROUP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BY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LOGIN_ID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HAVING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(*) &gt;= 10) x</w:t>
            </w:r>
          </w:p>
          <w:p w14:paraId="2D23115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355C5A72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차단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/</w:t>
            </w:r>
            <w:r w:rsidRPr="00940904">
              <w:rPr>
                <w:rFonts w:cs="맑은 고딕" w:hint="eastAsia"/>
                <w:color w:val="333333"/>
                <w:sz w:val="17"/>
              </w:rPr>
              <w:t>의심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IP </w:t>
            </w:r>
            <w:r w:rsidRPr="00940904">
              <w:rPr>
                <w:rFonts w:cs="맑은 고딕" w:hint="eastAsia"/>
                <w:color w:val="333333"/>
                <w:sz w:val="17"/>
              </w:rPr>
              <w:t>접근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건수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</w:rPr>
              <w:t>차단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IP </w:t>
            </w:r>
            <w:r w:rsidRPr="00940904">
              <w:rPr>
                <w:rFonts w:cs="맑은 고딕" w:hint="eastAsia"/>
                <w:color w:val="333333"/>
                <w:sz w:val="17"/>
              </w:rPr>
              <w:t>접근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0</w:t>
            </w:r>
            <w:r w:rsidRPr="00940904">
              <w:rPr>
                <w:rFonts w:cs="맑은 고딕" w:hint="eastAsia"/>
                <w:color w:val="333333"/>
                <w:sz w:val="17"/>
              </w:rPr>
              <w:t>건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',</w:t>
            </w:r>
          </w:p>
          <w:p w14:paraId="3306913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이상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1DFDE7F7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MJ_LOGIN_LOG L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JOIN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HACK_IP H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L.LOGIN_IP = H.ACCESS_IP</w:t>
            </w:r>
          </w:p>
          <w:p w14:paraId="30B8A14F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H.BLOCK_YN = 'Y'</w:t>
            </w:r>
          </w:p>
          <w:p w14:paraId="36111E7B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L.LOGIN_DT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L.LOGIN_DT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49CB12CD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0E9D0C35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관리자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심야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접속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(00~06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시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)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건수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', COUNT(*), NULL,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업무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외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시간대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접속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확인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',</w:t>
            </w:r>
          </w:p>
          <w:p w14:paraId="39E9F68A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 WHEN COUNT(*) &gt; 0 THEN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' ELSE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' END</w:t>
            </w:r>
          </w:p>
          <w:p w14:paraId="5FA3E931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FROM LETTNADMINLOG a</w:t>
            </w:r>
          </w:p>
          <w:p w14:paraId="2E35ED92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WHERE a.CONECT_ID != ''</w:t>
            </w:r>
          </w:p>
          <w:p w14:paraId="65E7BBAD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 AND EXISTS (SELECT 1 FROM lettnemplyrinfo c WHERE c.ESNTL_ID = a.CONECT_ID)  --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관리자만</w:t>
            </w:r>
          </w:p>
          <w:p w14:paraId="0617BA30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 AND a.CREAT_DT &gt;= @m AND a.CREAT_DT &lt; DATE_ADD(@m, INTERVAL 1 MONTH)</w:t>
            </w:r>
          </w:p>
          <w:p w14:paraId="574E6AD9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HOUR(a.CREAT_DT) BETWEEN 0 AND 5</w:t>
            </w:r>
          </w:p>
          <w:p w14:paraId="7665F580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UNION ALL</w:t>
            </w:r>
          </w:p>
          <w:p w14:paraId="40881434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SELECT '발송 실패 건수', SUM(REQ_DATE &gt;= @m AND SWF = 'F'), SUM(REQ_DATE &lt; @m AND SWF = 'F'),</w:t>
            </w:r>
          </w:p>
          <w:p w14:paraId="3F7BED87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</w:t>
            </w:r>
            <w:r>
              <w:rPr>
                <w:lang w:eastAsia="ko-KR"/>
              </w:rPr>
              <w:t>'전월 대비 급증 여부 확인',</w:t>
            </w:r>
          </w:p>
          <w:p w14:paraId="10541755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rPr>
                <w:lang w:eastAsia="ko-KR"/>
              </w:rPr>
              <w:t xml:space="preserve">       </w:t>
            </w:r>
            <w:r>
              <w:t>CASE WHEN SUM(REQ_DATE &lt; @m AND SWF = 'F') &gt; 0</w:t>
            </w:r>
          </w:p>
          <w:p w14:paraId="050FCFB4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      AND SUM(REQ_DATE &gt;= @m AND SWF = 'F') &gt; SUM(REQ_DATE &lt; @m AND SWF = 'F') * 2</w:t>
            </w:r>
          </w:p>
          <w:p w14:paraId="4A9FEC3B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     THEN '경고' ELSE '정상' END</w:t>
            </w:r>
          </w:p>
          <w:p w14:paraId="743663FB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FROM MJ_MSG_DATA</w:t>
            </w:r>
          </w:p>
          <w:p w14:paraId="65A67823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WHERE REQ_DATE &gt;= DATE_SUB(@m, INTERVAL 1 MONTH)</w:t>
            </w:r>
          </w:p>
          <w:p w14:paraId="3E5BBC8B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REQ_DATE &lt;  DATE_ADD(@m, INTERVAL 1 MONTH)</w:t>
            </w:r>
          </w:p>
          <w:p w14:paraId="605CF490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UNION ALL</w:t>
            </w:r>
          </w:p>
          <w:p w14:paraId="691F30DF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rPr>
                <w:lang w:eastAsia="ko-KR"/>
              </w:rPr>
              <w:t>SELECT '개인정보 다운로드 건수', COUNT(*), NULL, '대량(50건 초과) 여부 확인',</w:t>
            </w:r>
          </w:p>
          <w:p w14:paraId="6CA2BED0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rPr>
                <w:lang w:eastAsia="ko-KR"/>
              </w:rPr>
              <w:t xml:space="preserve">       </w:t>
            </w:r>
            <w:r>
              <w:t>CASE WHEN COUNT(*) &gt; 50 THEN '경고' ELSE '정상' END</w:t>
            </w:r>
          </w:p>
          <w:p w14:paraId="3A7F2FAB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FROM personal_information_log</w:t>
            </w:r>
          </w:p>
          <w:p w14:paraId="3C548192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lastRenderedPageBreak/>
              <w:t xml:space="preserve"> WHERE ACTION = '다운로드'</w:t>
            </w:r>
          </w:p>
          <w:p w14:paraId="10FB9EB3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FRST_REGIST_PNTTM &gt;= @m AND FRST_REGIST_PNTTM &lt; DATE_ADD(@m, INTERVAL 1 MONTH);</w:t>
            </w:r>
          </w:p>
          <w:p w14:paraId="2003F8A5" w14:textId="77777777" w:rsidR="007512EB" w:rsidRDefault="00000000" w:rsidP="00940904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SWF: 발송결과(S=성공/F=실패) — 값 체계는 운영 데이터로 확인 후 조정</w:t>
            </w:r>
          </w:p>
          <w:p w14:paraId="53668D95" w14:textId="77777777" w:rsidR="007512EB" w:rsidRDefault="00000000" w:rsidP="00940904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임계치(심야 30,000건·실패 10건·다운로드 50건 등)는 운영 기준으로 조정, 조정 시 사유 기재</w:t>
            </w:r>
          </w:p>
        </w:tc>
      </w:tr>
    </w:tbl>
    <w:p w14:paraId="17A362F8" w14:textId="77777777" w:rsidR="007512EB" w:rsidRDefault="007512EB">
      <w:pPr>
        <w:spacing w:after="0"/>
        <w:rPr>
          <w:lang w:eastAsia="ko-KR"/>
        </w:rPr>
      </w:pPr>
    </w:p>
    <w:p w14:paraId="721894CA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A8489DE" w14:textId="77777777">
        <w:trPr>
          <w:trHeight w:val="2551"/>
          <w:jc w:val="center"/>
        </w:trPr>
        <w:tc>
          <w:tcPr>
            <w:tcW w:w="9638" w:type="dxa"/>
          </w:tcPr>
          <w:p w14:paraId="3410FB46" w14:textId="77777777" w:rsidR="007512EB" w:rsidRDefault="00940904">
            <w:pPr>
              <w:spacing w:after="20"/>
              <w:rPr>
                <w:lang w:eastAsia="ko-KR"/>
              </w:rPr>
            </w:pPr>
            <w:r>
              <w:rPr>
                <w:color w:val="888888"/>
                <w:sz w:val="18"/>
                <w:szCs w:val="18"/>
              </w:rPr>
              <w:t>[캡처 붙여넣기]</w:t>
            </w:r>
          </w:p>
        </w:tc>
      </w:tr>
    </w:tbl>
    <w:p w14:paraId="19A9D089" w14:textId="77777777" w:rsidR="007512EB" w:rsidRDefault="007512EB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29D411BE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22B1C4C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18D7CCAF" w14:textId="469B4F60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정상 </w:t>
            </w:r>
            <w:r w:rsidR="005B2529">
              <w:rPr>
                <w:sz w:val="18"/>
              </w:rPr>
              <w:sym w:font="Wingdings 2" w:char="F052"/>
            </w:r>
            <w:r>
              <w:rPr>
                <w:sz w:val="19"/>
                <w:lang w:eastAsia="ko-KR"/>
              </w:rPr>
              <w:t xml:space="preserve">   경고 □   이상 □   (쿼리 판정과 달리 판단 시 사유:                        )</w:t>
            </w:r>
          </w:p>
        </w:tc>
      </w:tr>
      <w:tr w:rsidR="007512EB" w14:paraId="5EAEE86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7B97A6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31993C66" w14:textId="77777777" w:rsidR="007512EB" w:rsidRDefault="007512EB">
            <w:pPr>
              <w:spacing w:before="40" w:after="40"/>
            </w:pPr>
          </w:p>
        </w:tc>
      </w:tr>
    </w:tbl>
    <w:p w14:paraId="7715841D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④   </w:t>
      </w:r>
      <w:r>
        <w:rPr>
          <w:b/>
          <w:color w:val="1F3B5C"/>
          <w:sz w:val="24"/>
          <w:lang w:eastAsia="ko-KR"/>
        </w:rPr>
        <w:t xml:space="preserve">  이상징후 후속조치 기록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701"/>
        <w:gridCol w:w="1474"/>
        <w:gridCol w:w="1814"/>
        <w:gridCol w:w="1247"/>
        <w:gridCol w:w="1020"/>
        <w:gridCol w:w="1077"/>
      </w:tblGrid>
      <w:tr w:rsidR="007512EB" w14:paraId="36377271" w14:textId="77777777">
        <w:trPr>
          <w:jc w:val="center"/>
        </w:trPr>
        <w:tc>
          <w:tcPr>
            <w:tcW w:w="1304" w:type="dxa"/>
            <w:shd w:val="clear" w:color="auto" w:fill="DDE6F0"/>
          </w:tcPr>
          <w:p w14:paraId="0F7A333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발견일시</w:t>
            </w:r>
          </w:p>
        </w:tc>
        <w:tc>
          <w:tcPr>
            <w:tcW w:w="1701" w:type="dxa"/>
            <w:shd w:val="clear" w:color="auto" w:fill="DDE6F0"/>
          </w:tcPr>
          <w:p w14:paraId="5E0A8C9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이상 내용</w:t>
            </w:r>
          </w:p>
        </w:tc>
        <w:tc>
          <w:tcPr>
            <w:tcW w:w="1474" w:type="dxa"/>
            <w:shd w:val="clear" w:color="auto" w:fill="DDE6F0"/>
          </w:tcPr>
          <w:p w14:paraId="55C0094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원인</w:t>
            </w:r>
          </w:p>
        </w:tc>
        <w:tc>
          <w:tcPr>
            <w:tcW w:w="1814" w:type="dxa"/>
            <w:shd w:val="clear" w:color="auto" w:fill="DDE6F0"/>
          </w:tcPr>
          <w:p w14:paraId="433161E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 내용</w:t>
            </w:r>
          </w:p>
        </w:tc>
        <w:tc>
          <w:tcPr>
            <w:tcW w:w="1247" w:type="dxa"/>
            <w:shd w:val="clear" w:color="auto" w:fill="DDE6F0"/>
          </w:tcPr>
          <w:p w14:paraId="5886BF9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보고</w:t>
            </w:r>
          </w:p>
          <w:p w14:paraId="44705B9E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9"/>
              </w:rPr>
              <w:t>(담당→책임자)</w:t>
            </w:r>
          </w:p>
        </w:tc>
        <w:tc>
          <w:tcPr>
            <w:tcW w:w="1020" w:type="dxa"/>
            <w:shd w:val="clear" w:color="auto" w:fill="DDE6F0"/>
          </w:tcPr>
          <w:p w14:paraId="2577A7D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조치기한</w:t>
            </w:r>
          </w:p>
        </w:tc>
        <w:tc>
          <w:tcPr>
            <w:tcW w:w="1077" w:type="dxa"/>
            <w:shd w:val="clear" w:color="auto" w:fill="DDE6F0"/>
          </w:tcPr>
          <w:p w14:paraId="7A6EF57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종결확인</w:t>
            </w:r>
          </w:p>
          <w:p w14:paraId="0DCAC014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9"/>
              </w:rPr>
              <w:t>(일자/확인자)</w:t>
            </w:r>
          </w:p>
        </w:tc>
      </w:tr>
      <w:tr w:rsidR="007512EB" w14:paraId="5454A6B9" w14:textId="77777777">
        <w:trPr>
          <w:jc w:val="center"/>
        </w:trPr>
        <w:tc>
          <w:tcPr>
            <w:tcW w:w="1304" w:type="dxa"/>
          </w:tcPr>
          <w:p w14:paraId="082E3537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6FBC427D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244FA881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1F001057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607FAB47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1CDA9C2F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09A6854E" w14:textId="77777777" w:rsidR="007512EB" w:rsidRDefault="007512EB">
            <w:pPr>
              <w:spacing w:before="40" w:after="40"/>
            </w:pPr>
          </w:p>
        </w:tc>
      </w:tr>
      <w:tr w:rsidR="007512EB" w14:paraId="17F7393F" w14:textId="77777777">
        <w:trPr>
          <w:jc w:val="center"/>
        </w:trPr>
        <w:tc>
          <w:tcPr>
            <w:tcW w:w="1304" w:type="dxa"/>
          </w:tcPr>
          <w:p w14:paraId="4E8CF98C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114E50BF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047C5D8C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321D7324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2ED6F728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07D49386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012C34EE" w14:textId="77777777" w:rsidR="007512EB" w:rsidRDefault="007512EB">
            <w:pPr>
              <w:spacing w:before="40" w:after="40"/>
            </w:pPr>
          </w:p>
        </w:tc>
      </w:tr>
      <w:tr w:rsidR="007512EB" w14:paraId="541255F4" w14:textId="77777777">
        <w:trPr>
          <w:jc w:val="center"/>
        </w:trPr>
        <w:tc>
          <w:tcPr>
            <w:tcW w:w="1304" w:type="dxa"/>
          </w:tcPr>
          <w:p w14:paraId="025BF4DE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1CCD9280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1579E9EC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010FB20E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522E7E77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5CB68657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614CA2E7" w14:textId="77777777" w:rsidR="007512EB" w:rsidRDefault="007512EB">
            <w:pPr>
              <w:spacing w:before="40" w:after="40"/>
            </w:pPr>
          </w:p>
        </w:tc>
      </w:tr>
      <w:tr w:rsidR="007512EB" w14:paraId="049C7451" w14:textId="77777777">
        <w:trPr>
          <w:jc w:val="center"/>
        </w:trPr>
        <w:tc>
          <w:tcPr>
            <w:tcW w:w="1304" w:type="dxa"/>
          </w:tcPr>
          <w:p w14:paraId="5E7849E8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47B82212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7DFFEFBE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5E9D38BE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5096C071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42618CB6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335FFDE8" w14:textId="77777777" w:rsidR="007512EB" w:rsidRDefault="007512EB">
            <w:pPr>
              <w:spacing w:before="40" w:after="40"/>
            </w:pPr>
          </w:p>
        </w:tc>
      </w:tr>
    </w:tbl>
    <w:p w14:paraId="01270266" w14:textId="77777777" w:rsidR="007512EB" w:rsidRDefault="007512EB">
      <w:pPr>
        <w:spacing w:after="0"/>
      </w:pPr>
    </w:p>
    <w:p w14:paraId="5093B4A8" w14:textId="77777777" w:rsidR="007512EB" w:rsidRDefault="00000000">
      <w:pPr>
        <w:spacing w:before="160" w:after="80"/>
        <w:rPr>
          <w:lang w:eastAsia="ko-KR"/>
        </w:rPr>
      </w:pPr>
      <w:r>
        <w:rPr>
          <w:b/>
          <w:sz w:val="18"/>
          <w:lang w:eastAsia="ko-KR"/>
        </w:rPr>
        <w:t>◆ 판정 범례 :  정상 = 이상 없음  /  경고 = 관찰 필요  /  이상 = 조치 필요</w:t>
      </w:r>
    </w:p>
    <w:p w14:paraId="4D867450" w14:textId="77777777" w:rsidR="007512EB" w:rsidRDefault="00000000">
      <w:pPr>
        <w:spacing w:after="80"/>
        <w:rPr>
          <w:lang w:eastAsia="ko-KR"/>
        </w:rPr>
      </w:pPr>
      <w:r>
        <w:rPr>
          <w:b/>
          <w:sz w:val="18"/>
          <w:lang w:eastAsia="ko-KR"/>
        </w:rPr>
        <w:t>◆ 첨부(필수) :  각 항목의 쿼리(명령) 실행 결과 그리드 캡처 — 건수·기간·판정(또는 파일명·사이즈)이 보이도록.</w:t>
      </w:r>
    </w:p>
    <w:p w14:paraId="3A28F9DA" w14:textId="77777777" w:rsidR="007512EB" w:rsidRDefault="00000000">
      <w:pPr>
        <w:spacing w:after="80"/>
        <w:rPr>
          <w:lang w:eastAsia="ko-KR"/>
        </w:rPr>
      </w:pPr>
      <w:r>
        <w:rPr>
          <w:b/>
          <w:sz w:val="18"/>
          <w:lang w:eastAsia="ko-KR"/>
        </w:rPr>
        <w:t>◆ 보관 :  본 보고서는 Redmine 월별 이슈에 첨부하여 1년 이상 보관하며, 권한자만 접근·수정한다.</w:t>
      </w:r>
    </w:p>
    <w:sectPr w:rsidR="007512EB" w:rsidSect="00034616">
      <w:pgSz w:w="11906" w:h="16838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B463" w14:textId="77777777" w:rsidR="00E80252" w:rsidRDefault="00E80252" w:rsidP="00E04B40">
      <w:pPr>
        <w:spacing w:after="0" w:line="240" w:lineRule="auto"/>
      </w:pPr>
      <w:r>
        <w:separator/>
      </w:r>
    </w:p>
  </w:endnote>
  <w:endnote w:type="continuationSeparator" w:id="0">
    <w:p w14:paraId="253BEA56" w14:textId="77777777" w:rsidR="00E80252" w:rsidRDefault="00E80252" w:rsidP="00E0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A34F" w14:textId="77777777" w:rsidR="00E80252" w:rsidRDefault="00E80252" w:rsidP="00E04B40">
      <w:pPr>
        <w:spacing w:after="0" w:line="240" w:lineRule="auto"/>
      </w:pPr>
      <w:r>
        <w:separator/>
      </w:r>
    </w:p>
  </w:footnote>
  <w:footnote w:type="continuationSeparator" w:id="0">
    <w:p w14:paraId="73E1FC0F" w14:textId="77777777" w:rsidR="00E80252" w:rsidRDefault="00E80252" w:rsidP="00E04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4874727">
    <w:abstractNumId w:val="8"/>
  </w:num>
  <w:num w:numId="2" w16cid:durableId="464350796">
    <w:abstractNumId w:val="6"/>
  </w:num>
  <w:num w:numId="3" w16cid:durableId="106698871">
    <w:abstractNumId w:val="5"/>
  </w:num>
  <w:num w:numId="4" w16cid:durableId="548759911">
    <w:abstractNumId w:val="4"/>
  </w:num>
  <w:num w:numId="5" w16cid:durableId="628167946">
    <w:abstractNumId w:val="7"/>
  </w:num>
  <w:num w:numId="6" w16cid:durableId="1839736815">
    <w:abstractNumId w:val="3"/>
  </w:num>
  <w:num w:numId="7" w16cid:durableId="1928466236">
    <w:abstractNumId w:val="2"/>
  </w:num>
  <w:num w:numId="8" w16cid:durableId="1473593073">
    <w:abstractNumId w:val="1"/>
  </w:num>
  <w:num w:numId="9" w16cid:durableId="165212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E70"/>
    <w:rsid w:val="0015074B"/>
    <w:rsid w:val="00203DE6"/>
    <w:rsid w:val="0029639D"/>
    <w:rsid w:val="002C1E1F"/>
    <w:rsid w:val="002F102B"/>
    <w:rsid w:val="003030DE"/>
    <w:rsid w:val="00326F90"/>
    <w:rsid w:val="005509F0"/>
    <w:rsid w:val="005B2529"/>
    <w:rsid w:val="006A040C"/>
    <w:rsid w:val="006B5B08"/>
    <w:rsid w:val="006E4B81"/>
    <w:rsid w:val="007512EB"/>
    <w:rsid w:val="007A6EAC"/>
    <w:rsid w:val="009259F7"/>
    <w:rsid w:val="00940904"/>
    <w:rsid w:val="00956A8C"/>
    <w:rsid w:val="0096441E"/>
    <w:rsid w:val="009B43AD"/>
    <w:rsid w:val="00A15A7F"/>
    <w:rsid w:val="00A36945"/>
    <w:rsid w:val="00AA1D8D"/>
    <w:rsid w:val="00B43F6D"/>
    <w:rsid w:val="00B47730"/>
    <w:rsid w:val="00B83B8D"/>
    <w:rsid w:val="00BD4475"/>
    <w:rsid w:val="00C16B5C"/>
    <w:rsid w:val="00CB0664"/>
    <w:rsid w:val="00D91230"/>
    <w:rsid w:val="00DA0BC8"/>
    <w:rsid w:val="00E04B40"/>
    <w:rsid w:val="00E32F80"/>
    <w:rsid w:val="00E80252"/>
    <w:rsid w:val="00F500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73E93"/>
  <w14:defaultImageDpi w14:val="330"/>
  <w15:docId w15:val="{95850A71-E094-4BDD-B025-532CEBE1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13</Pages>
  <Words>2181</Words>
  <Characters>12434</Characters>
  <Application>Microsoft Office Word</Application>
  <DocSecurity>0</DocSecurity>
  <Lines>103</Lines>
  <Paragraphs>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5162</cp:lastModifiedBy>
  <cp:revision>11</cp:revision>
  <dcterms:created xsi:type="dcterms:W3CDTF">2013-12-23T23:15:00Z</dcterms:created>
  <dcterms:modified xsi:type="dcterms:W3CDTF">2026-08-12T01:24:00Z</dcterms:modified>
  <cp:category/>
</cp:coreProperties>
</file>